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4536"/>
        <w:gridCol w:w="4536"/>
      </w:tblGrid>
      <w:tr>
        <w:tc>
          <w:tcPr>
            <w:tcW w:type="dxa" w:w="1020"/>
            <w:tcBorders>
              <w:top w:val="single" w:sz="2" w:space="0" w:color="FFFFFF"/>
              <w:bottom w:val="single" w:sz="2" w:space="0" w:color="FFFFFF"/>
              <w:left w:val="single" w:sz="2" w:space="0" w:color="FFFFFF"/>
              <w:right w:val="single" w:sz="2" w:space="0" w:color="FFFFFF"/>
            </w:tcBorders>
          </w:tcPr>
          <w:p>
            <w:pPr>
              <w:spacing w:before="0" w:after="0"/>
              <w:jc w:val="left"/>
            </w:pPr>
            <w:r>
              <w:drawing>
                <wp:inline xmlns:a="http://schemas.openxmlformats.org/drawingml/2006/main" xmlns:pic="http://schemas.openxmlformats.org/drawingml/2006/picture">
                  <wp:extent cx="447416" cy="468000"/>
                  <wp:docPr id="1" name="Picture 1"/>
                  <wp:cNvGraphicFramePr>
                    <a:graphicFrameLocks noChangeAspect="1"/>
                  </wp:cNvGraphicFramePr>
                  <a:graphic>
                    <a:graphicData uri="http://schemas.openxmlformats.org/drawingml/2006/picture">
                      <pic:pic>
                        <pic:nvPicPr>
                          <pic:cNvPr id="0" name="lirj_official_mark.png"/>
                          <pic:cNvPicPr/>
                        </pic:nvPicPr>
                        <pic:blipFill>
                          <a:blip r:embed="rId9"/>
                          <a:stretch>
                            <a:fillRect/>
                          </a:stretch>
                        </pic:blipFill>
                        <pic:spPr>
                          <a:xfrm>
                            <a:off x="0" y="0"/>
                            <a:ext cx="447416" cy="468000"/>
                          </a:xfrm>
                          <a:prstGeom prst="rect"/>
                        </pic:spPr>
                      </pic:pic>
                    </a:graphicData>
                  </a:graphic>
                </wp:inline>
              </w:drawing>
            </w:r>
          </w:p>
        </w:tc>
        <w:tc>
          <w:tcPr>
            <w:tcW w:type="dxa" w:w="8617"/>
            <w:tcBorders>
              <w:top w:val="single" w:sz="2" w:space="0" w:color="FFFFFF"/>
              <w:bottom w:val="single" w:sz="2" w:space="0" w:color="FFFFFF"/>
              <w:left w:val="single" w:sz="2" w:space="0" w:color="FFFFFF"/>
              <w:right w:val="single" w:sz="2" w:space="0" w:color="FFFFFF"/>
            </w:tcBorders>
          </w:tcPr>
          <w:p>
            <w:pPr>
              <w:spacing w:before="40" w:after="0"/>
            </w:pPr>
            <w:r>
              <w:rPr>
                <w:rFonts w:ascii="Carlito" w:hAnsi="Carlito" w:cs="Carlito"/>
                <w:b/>
                <w:i w:val="0"/>
                <w:caps w:val="0"/>
                <w:color w:val="1F3A5F"/>
                <w:sz w:val="18"/>
                <w:spacing w:val="36"/>
              </w:rPr>
              <w:t>LAYAG ILAYA RESEARCH JOURNAL</w:t>
            </w:r>
          </w:p>
          <w:p>
            <w:pPr>
              <w:spacing w:before="0" w:after="40"/>
            </w:pPr>
            <w:r>
              <w:rPr>
                <w:rFonts w:ascii="Carlito" w:hAnsi="Carlito" w:cs="Carlito"/>
                <w:b w:val="0"/>
                <w:i w:val="0"/>
                <w:caps w:val="0"/>
                <w:color w:val="6A727E"/>
                <w:sz w:val="16"/>
              </w:rPr>
              <w:t>Volume 2  ·  2027   ·   ISSN 3155-5829   ·   Open Access</w:t>
            </w:r>
          </w:p>
        </w:tc>
      </w:tr>
    </w:tbl>
    <w:p>
      <w:pPr>
        <w:pBdr>
          <w:bottom w:val="single" w:sz="6" w:space="4" w:color="D8C9A0"/>
        </w:pBdr>
      </w:pPr>
    </w:p>
    <w:p>
      <w:pPr>
        <w:spacing w:before="0" w:after="160"/>
      </w:pPr>
    </w:p>
    <w:p>
      <w:pPr>
        <w:spacing w:before="0" w:after="40"/>
        <w:jc w:val="center"/>
      </w:pPr>
      <w:r>
        <w:rPr>
          <w:rFonts w:ascii="Carlito" w:hAnsi="Carlito" w:cs="Carlito"/>
          <w:b/>
          <w:i w:val="0"/>
          <w:caps w:val="0"/>
          <w:color w:val="1F3A5F"/>
          <w:sz w:val="20"/>
          <w:spacing w:val="40"/>
        </w:rPr>
        <w:t>TITLE PAGE</w:t>
      </w:r>
    </w:p>
    <w:p>
      <w:pPr>
        <w:spacing w:before="0" w:after="240"/>
        <w:jc w:val="center"/>
        <w:pBdr>
          <w:bottom w:val="single" w:sz="6" w:space="6" w:color="D8C9A0"/>
        </w:pBdr>
      </w:pPr>
      <w:r>
        <w:rPr>
          <w:rFonts w:ascii="Lora" w:hAnsi="Lora" w:cs="Lora"/>
          <w:b w:val="0"/>
          <w:i/>
          <w:caps w:val="0"/>
          <w:color w:val="6A727E"/>
          <w:sz w:val="20"/>
        </w:rPr>
        <w:t>Submit this file separately from your anonymized manuscript. Do not include author names in the main manuscript file.</w:t>
      </w:r>
    </w:p>
    <w:p>
      <w:pPr>
        <w:spacing w:before="0" w:after="160"/>
      </w:pPr>
    </w:p>
    <w:p>
      <w:pPr>
        <w:spacing w:before="40" w:after="20"/>
      </w:pPr>
      <w:r>
        <w:rPr>
          <w:rFonts w:ascii="Carlito" w:hAnsi="Carlito" w:cs="Carlito"/>
          <w:b/>
          <w:i w:val="0"/>
          <w:caps w:val="0"/>
          <w:color w:val="B7943F"/>
          <w:sz w:val="16"/>
          <w:spacing w:val="40"/>
        </w:rPr>
        <w:t>MANUSCRIPT INFORMATION</w:t>
      </w:r>
    </w:p>
    <w:p>
      <w:pPr>
        <w:spacing w:before="160" w:after="40"/>
        <w:ind w:firstLine="0"/>
      </w:pPr>
      <w:r>
        <w:rPr>
          <w:rFonts w:ascii="Carlito" w:hAnsi="Carlito" w:cs="Carlito"/>
          <w:b/>
          <w:i w:val="0"/>
          <w:caps/>
          <w:color w:val="1F3A5F"/>
          <w:sz w:val="19"/>
          <w:spacing w:val="8"/>
        </w:rPr>
        <w:t>Manuscript Title</w:t>
      </w:r>
    </w:p>
    <w:p>
      <w:pPr>
        <w:spacing w:before="0" w:after="60"/>
        <w:ind w:left="283"/>
      </w:pPr>
      <w:r>
        <w:rPr>
          <w:rFonts w:ascii="Carlito" w:hAnsi="Carlito" w:cs="Carlito"/>
          <w:b w:val="0"/>
          <w:i/>
          <w:caps w:val="0"/>
          <w:color w:val="9AA1AA"/>
          <w:sz w:val="18"/>
        </w:rPr>
        <w:t>[  Enter the full title of your manuscript in title case. Remove any running head shortening here.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Short Running Title</w:t>
      </w:r>
    </w:p>
    <w:p>
      <w:pPr>
        <w:spacing w:before="0" w:after="60"/>
        <w:ind w:left="283"/>
      </w:pPr>
      <w:r>
        <w:rPr>
          <w:rFonts w:ascii="Carlito" w:hAnsi="Carlito" w:cs="Carlito"/>
          <w:b w:val="0"/>
          <w:i/>
          <w:caps w:val="0"/>
          <w:color w:val="9AA1AA"/>
          <w:sz w:val="18"/>
        </w:rPr>
        <w:t>[  A short version of the title (maximum 50 characters including spaces) for use as a page header. Optional — if not provided, the editorial office will abbreviate.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Article Type</w:t>
      </w:r>
    </w:p>
    <w:p>
      <w:pPr>
        <w:spacing w:before="0" w:after="60"/>
        <w:ind w:left="283"/>
      </w:pPr>
      <w:r>
        <w:rPr>
          <w:rFonts w:ascii="Carlito" w:hAnsi="Carlito" w:cs="Carlito"/>
          <w:b w:val="0"/>
          <w:i/>
          <w:caps w:val="0"/>
          <w:color w:val="9AA1AA"/>
          <w:sz w:val="18"/>
        </w:rPr>
        <w:t>[  Select one: Research Article | Action Research | Case Study | Literature Review | Innovation Report | Perspective Article | Brief Report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Subject Area / Research Domain</w:t>
      </w:r>
    </w:p>
    <w:p>
      <w:pPr>
        <w:spacing w:before="0" w:after="60"/>
        <w:ind w:left="283"/>
      </w:pPr>
      <w:r>
        <w:rPr>
          <w:rFonts w:ascii="Carlito" w:hAnsi="Carlito" w:cs="Carlito"/>
          <w:b w:val="0"/>
          <w:i/>
          <w:caps w:val="0"/>
          <w:color w:val="9AA1AA"/>
          <w:sz w:val="18"/>
        </w:rPr>
        <w:t>[  e.g., Education, Environmental Science, Health, Technology, Community Development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Target Section / Part</w:t>
      </w:r>
    </w:p>
    <w:p>
      <w:pPr>
        <w:spacing w:before="0" w:after="60"/>
        <w:ind w:left="283"/>
      </w:pPr>
      <w:r>
        <w:rPr>
          <w:rFonts w:ascii="Carlito" w:hAnsi="Carlito" w:cs="Carlito"/>
          <w:b w:val="0"/>
          <w:i/>
          <w:caps w:val="0"/>
          <w:color w:val="9AA1AA"/>
          <w:sz w:val="18"/>
        </w:rPr>
        <w:t>[  Optional — indicate if you are submitting to a specific themed section or part of the journal.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0" w:after="200"/>
        <w:pBdr>
          <w:bottom w:val="single" w:sz="4" w:space="2" w:color="D8C9A0"/>
        </w:pBdr>
      </w:pPr>
    </w:p>
    <w:p>
      <w:pPr>
        <w:spacing w:before="0" w:after="120"/>
      </w:pPr>
    </w:p>
    <w:p>
      <w:pPr>
        <w:spacing w:before="40" w:after="20"/>
      </w:pPr>
      <w:r>
        <w:rPr>
          <w:rFonts w:ascii="Carlito" w:hAnsi="Carlito" w:cs="Carlito"/>
          <w:b/>
          <w:i w:val="0"/>
          <w:caps w:val="0"/>
          <w:color w:val="B7943F"/>
          <w:sz w:val="16"/>
          <w:spacing w:val="40"/>
        </w:rPr>
        <w:t>CORRESPONDING AUTHOR</w:t>
      </w:r>
    </w:p>
    <w:p>
      <w:pPr>
        <w:spacing w:before="160" w:after="40"/>
        <w:ind w:firstLine="0"/>
      </w:pPr>
      <w:r>
        <w:rPr>
          <w:rFonts w:ascii="Carlito" w:hAnsi="Carlito" w:cs="Carlito"/>
          <w:b/>
          <w:i w:val="0"/>
          <w:caps/>
          <w:color w:val="1F3A5F"/>
          <w:sz w:val="19"/>
          <w:spacing w:val="8"/>
        </w:rPr>
        <w:t>Full Name</w:t>
      </w:r>
    </w:p>
    <w:p>
      <w:pPr>
        <w:spacing w:before="0" w:after="60"/>
        <w:ind w:left="283"/>
      </w:pPr>
      <w:r>
        <w:rPr>
          <w:rFonts w:ascii="Carlito" w:hAnsi="Carlito" w:cs="Carlito"/>
          <w:b w:val="0"/>
          <w:i/>
          <w:caps w:val="0"/>
          <w:color w:val="9AA1AA"/>
          <w:sz w:val="18"/>
        </w:rPr>
        <w:t>[  As it should appear in the published article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Position / Title</w:t>
      </w:r>
    </w:p>
    <w:p>
      <w:pPr>
        <w:spacing w:before="0" w:after="60"/>
        <w:ind w:left="283"/>
      </w:pPr>
      <w:r>
        <w:rPr>
          <w:rFonts w:ascii="Carlito" w:hAnsi="Carlito" w:cs="Carlito"/>
          <w:b w:val="0"/>
          <w:i/>
          <w:caps w:val="0"/>
          <w:color w:val="9AA1AA"/>
          <w:sz w:val="18"/>
        </w:rPr>
        <w:t>[  e.g., Senior High School Teacher, MA Science Education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Department / Unit</w:t>
      </w:r>
    </w:p>
    <w:p>
      <w:pPr>
        <w:spacing w:before="0" w:after="60"/>
        <w:ind w:left="283"/>
      </w:pPr>
      <w:r>
        <w:rPr>
          <w:rFonts w:ascii="Carlito" w:hAnsi="Carlito" w:cs="Carlito"/>
          <w:b w:val="0"/>
          <w:i/>
          <w:caps w:val="0"/>
          <w:color w:val="9AA1AA"/>
          <w:sz w:val="18"/>
        </w:rPr>
        <w:t>[  e.g., Senior High School Department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Institution</w:t>
      </w:r>
    </w:p>
    <w:p>
      <w:pPr>
        <w:spacing w:before="0" w:after="60"/>
        <w:ind w:left="283"/>
      </w:pPr>
      <w:r>
        <w:rPr>
          <w:rFonts w:ascii="Carlito" w:hAnsi="Carlito" w:cs="Carlito"/>
          <w:b w:val="0"/>
          <w:i/>
          <w:caps w:val="0"/>
          <w:color w:val="9AA1AA"/>
          <w:sz w:val="18"/>
        </w:rPr>
        <w:t>[  Full official name of your school or organization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City, Country</w:t>
      </w:r>
    </w:p>
    <w:p>
      <w:pPr>
        <w:spacing w:before="0" w:after="60"/>
        <w:ind w:left="283"/>
      </w:pPr>
      <w:r>
        <w:rPr>
          <w:rFonts w:ascii="Carlito" w:hAnsi="Carlito" w:cs="Carlito"/>
          <w:b w:val="0"/>
          <w:i/>
          <w:caps w:val="0"/>
          <w:color w:val="9AA1AA"/>
          <w:sz w:val="18"/>
        </w:rPr>
        <w:t>[  e.g., Mandaluyong City, Philippines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Email Address</w:t>
      </w:r>
    </w:p>
    <w:p>
      <w:pPr>
        <w:spacing w:before="0" w:after="60"/>
        <w:ind w:left="283"/>
      </w:pPr>
      <w:r>
        <w:rPr>
          <w:rFonts w:ascii="Carlito" w:hAnsi="Carlito" w:cs="Carlito"/>
          <w:b w:val="0"/>
          <w:i/>
          <w:caps w:val="0"/>
          <w:color w:val="9AA1AA"/>
          <w:sz w:val="18"/>
        </w:rPr>
        <w:t>[  Use an institutional or professional email where possible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Phone Number</w:t>
      </w:r>
    </w:p>
    <w:p>
      <w:pPr>
        <w:spacing w:before="0" w:after="60"/>
        <w:ind w:left="283"/>
      </w:pPr>
      <w:r>
        <w:rPr>
          <w:rFonts w:ascii="Carlito" w:hAnsi="Carlito" w:cs="Carlito"/>
          <w:b w:val="0"/>
          <w:i/>
          <w:caps w:val="0"/>
          <w:color w:val="9AA1AA"/>
          <w:sz w:val="18"/>
        </w:rPr>
        <w:t>[  Optional — country code + number  ]</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 xml:space="preserve">ORCID  </w:t>
      </w:r>
      <w:r>
        <w:rPr>
          <w:rFonts w:ascii="Carlito" w:hAnsi="Carlito" w:cs="Carlito"/>
          <w:b/>
          <w:i w:val="0"/>
          <w:caps w:val="0"/>
          <w:color w:val="A6CE39"/>
          <w:sz w:val="18"/>
        </w:rPr>
        <w:t xml:space="preserve"> ● iD </w:t>
      </w:r>
      <w:r>
        <w:rPr>
          <w:rFonts w:ascii="Carlito" w:hAnsi="Carlito" w:cs="Carlito"/>
          <w:b w:val="0"/>
          <w:i/>
          <w:caps w:val="0"/>
          <w:color w:val="6A727E"/>
          <w:sz w:val="19"/>
        </w:rPr>
        <w:t>https://orcid.org/0000-0000-0000-0000 — if available</w:t>
      </w:r>
    </w:p>
    <w:p>
      <w:pPr>
        <w:spacing w:before="0" w:after="160"/>
      </w:pPr>
      <w:r>
        <w:rPr>
          <w:rFonts w:ascii="Carlito" w:hAnsi="Carlito" w:cs="Carlito"/>
          <w:b w:val="0"/>
          <w:i w:val="0"/>
          <w:caps w:val="0"/>
          <w:color w:val="C8C8C8"/>
          <w:sz w:val="19"/>
        </w:rPr>
        <w:t>______________________________________________________________________________</w:t>
      </w:r>
    </w:p>
    <w:p>
      <w:pPr>
        <w:spacing w:before="0" w:after="80"/>
        <w:pBdr>
          <w:bottom w:val="single" w:sz="4" w:space="2" w:color="D8C9A0"/>
        </w:pBdr>
      </w:pPr>
    </w:p>
    <w:p>
      <w:pPr>
        <w:spacing w:before="0" w:after="120"/>
      </w:pPr>
    </w:p>
    <w:p>
      <w:pPr>
        <w:spacing w:before="40" w:after="20"/>
      </w:pPr>
      <w:r>
        <w:rPr>
          <w:rFonts w:ascii="Carlito" w:hAnsi="Carlito" w:cs="Carlito"/>
          <w:b/>
          <w:i w:val="0"/>
          <w:caps w:val="0"/>
          <w:color w:val="B7943F"/>
          <w:sz w:val="16"/>
          <w:spacing w:val="40"/>
        </w:rPr>
        <w:t>CO-AUTHORS</w:t>
      </w:r>
    </w:p>
    <w:p>
      <w:pPr>
        <w:spacing w:before="40" w:after="80"/>
        <w:ind w:left="283"/>
      </w:pPr>
      <w:r>
        <w:rPr>
          <w:rFonts w:ascii="Carlito" w:hAnsi="Carlito" w:cs="Carlito"/>
          <w:b w:val="0"/>
          <w:i/>
          <w:caps w:val="0"/>
          <w:color w:val="9AA1AA"/>
          <w:sz w:val="18"/>
        </w:rPr>
        <w:t>[  Complete one block per co-author. Add or remove blocks as needed. List authors in the order they should appear in the publication.  ]</w:t>
      </w:r>
    </w:p>
    <w:p>
      <w:pPr>
        <w:spacing w:before="200" w:after="40"/>
      </w:pPr>
      <w:r>
        <w:rPr>
          <w:rFonts w:ascii="Carlito" w:hAnsi="Carlito" w:cs="Carlito"/>
          <w:b/>
          <w:i w:val="0"/>
          <w:caps w:val="0"/>
          <w:color w:val="B7943F"/>
          <w:sz w:val="18"/>
          <w:spacing w:val="16"/>
        </w:rPr>
        <w:t>FIRST CO-AUTHOR</w:t>
      </w:r>
    </w:p>
    <w:p>
      <w:pPr>
        <w:spacing w:before="160" w:after="40"/>
        <w:ind w:firstLine="0"/>
      </w:pPr>
      <w:r>
        <w:rPr>
          <w:rFonts w:ascii="Carlito" w:hAnsi="Carlito" w:cs="Carlito"/>
          <w:b/>
          <w:i w:val="0"/>
          <w:caps/>
          <w:color w:val="1F3A5F"/>
          <w:sz w:val="19"/>
          <w:spacing w:val="8"/>
        </w:rPr>
        <w:t>Full Name</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Institution</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Email Address</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 xml:space="preserve">ORCID  </w:t>
      </w:r>
      <w:r>
        <w:rPr>
          <w:rFonts w:ascii="Carlito" w:hAnsi="Carlito" w:cs="Carlito"/>
          <w:b/>
          <w:i w:val="0"/>
          <w:caps w:val="0"/>
          <w:color w:val="A6CE39"/>
          <w:sz w:val="18"/>
        </w:rPr>
        <w:t xml:space="preserve"> ● iD </w:t>
      </w:r>
      <w:r>
        <w:rPr>
          <w:rFonts w:ascii="Carlito" w:hAnsi="Carlito" w:cs="Carlito"/>
          <w:b w:val="0"/>
          <w:i/>
          <w:caps w:val="0"/>
          <w:color w:val="6A727E"/>
          <w:sz w:val="19"/>
        </w:rPr>
        <w:t>https://orcid.org/0000-0000-0000-0000 — if available</w:t>
      </w:r>
    </w:p>
    <w:p>
      <w:pPr>
        <w:spacing w:before="0" w:after="40"/>
      </w:pPr>
    </w:p>
    <w:p>
      <w:pPr>
        <w:spacing w:before="200" w:after="40"/>
      </w:pPr>
      <w:r>
        <w:rPr>
          <w:rFonts w:ascii="Carlito" w:hAnsi="Carlito" w:cs="Carlito"/>
          <w:b/>
          <w:i w:val="0"/>
          <w:caps w:val="0"/>
          <w:color w:val="B7943F"/>
          <w:sz w:val="18"/>
          <w:spacing w:val="16"/>
        </w:rPr>
        <w:t>SECOND CO-AUTHOR</w:t>
      </w:r>
    </w:p>
    <w:p>
      <w:pPr>
        <w:spacing w:before="160" w:after="40"/>
        <w:ind w:firstLine="0"/>
      </w:pPr>
      <w:r>
        <w:rPr>
          <w:rFonts w:ascii="Carlito" w:hAnsi="Carlito" w:cs="Carlito"/>
          <w:b/>
          <w:i w:val="0"/>
          <w:caps/>
          <w:color w:val="1F3A5F"/>
          <w:sz w:val="19"/>
          <w:spacing w:val="8"/>
        </w:rPr>
        <w:t>Full Name</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Institution</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Email Address</w:t>
      </w:r>
    </w:p>
    <w:p>
      <w:pPr>
        <w:spacing w:before="0" w:after="80"/>
        <w:ind w:firstLine="0"/>
      </w:pPr>
      <w:r>
        <w:rPr>
          <w:rFonts w:ascii="Carlito" w:hAnsi="Carlito" w:cs="Carlito"/>
          <w:b w:val="0"/>
          <w:i w:val="0"/>
          <w:caps w:val="0"/>
          <w:color w:val="C8C8C8"/>
          <w:sz w:val="19"/>
        </w:rPr>
        <w:t>______________________________________________________________________________</w:t>
      </w:r>
    </w:p>
    <w:p>
      <w:pPr>
        <w:spacing w:before="160" w:after="40"/>
        <w:ind w:firstLine="0"/>
      </w:pPr>
      <w:r>
        <w:rPr>
          <w:rFonts w:ascii="Carlito" w:hAnsi="Carlito" w:cs="Carlito"/>
          <w:b/>
          <w:i w:val="0"/>
          <w:caps/>
          <w:color w:val="1F3A5F"/>
          <w:sz w:val="19"/>
          <w:spacing w:val="8"/>
        </w:rPr>
        <w:t xml:space="preserve">ORCID  </w:t>
      </w:r>
      <w:r>
        <w:rPr>
          <w:rFonts w:ascii="Carlito" w:hAnsi="Carlito" w:cs="Carlito"/>
          <w:b/>
          <w:i w:val="0"/>
          <w:caps w:val="0"/>
          <w:color w:val="A6CE39"/>
          <w:sz w:val="18"/>
        </w:rPr>
        <w:t xml:space="preserve"> ● iD </w:t>
      </w:r>
      <w:r>
        <w:rPr>
          <w:rFonts w:ascii="Carlito" w:hAnsi="Carlito" w:cs="Carlito"/>
          <w:b w:val="0"/>
          <w:i/>
          <w:caps w:val="0"/>
          <w:color w:val="6A727E"/>
          <w:sz w:val="19"/>
        </w:rPr>
        <w:t>https://orcid.org/0000-0000-0000-0000 — if available</w:t>
      </w:r>
    </w:p>
    <w:p>
      <w:pPr>
        <w:spacing w:before="0" w:after="40"/>
      </w:pPr>
    </w:p>
    <w:p>
      <w:pPr>
        <w:spacing w:before="0" w:after="80"/>
        <w:pBdr>
          <w:bottom w:val="single" w:sz="4" w:space="2" w:color="D8C9A0"/>
        </w:pBdr>
      </w:pPr>
    </w:p>
    <w:p>
      <w:pPr>
        <w:spacing w:before="0" w:after="120"/>
      </w:pPr>
    </w:p>
    <w:p>
      <w:pPr>
        <w:spacing w:before="40" w:after="20"/>
      </w:pPr>
      <w:r>
        <w:rPr>
          <w:rFonts w:ascii="Carlito" w:hAnsi="Carlito" w:cs="Carlito"/>
          <w:b/>
          <w:i w:val="0"/>
          <w:caps w:val="0"/>
          <w:color w:val="B7943F"/>
          <w:sz w:val="16"/>
          <w:spacing w:val="40"/>
        </w:rPr>
        <w:t>AUTHOR CONTRIBUTIONS</w:t>
      </w:r>
    </w:p>
    <w:p>
      <w:pPr>
        <w:spacing w:before="40" w:after="80"/>
        <w:ind w:left="283"/>
      </w:pPr>
      <w:r>
        <w:rPr>
          <w:rFonts w:ascii="Carlito" w:hAnsi="Carlito" w:cs="Carlito"/>
          <w:b w:val="0"/>
          <w:i/>
          <w:caps w:val="0"/>
          <w:color w:val="9AA1AA"/>
          <w:sz w:val="18"/>
        </w:rPr>
        <w:t>[  Use the CRediT taxonomy. For each author, list all roles that apply from: Conceptualization, Data Curation, Formal Analysis, Funding Acquisition, Investigation, Methodology, Project Administration, Resources, Software, Supervision, Validation, Visualization, Writing – Original Draft, Writing – Review &amp; Editing. Example: "Franklin D. Garvida: Conceptualization, Methodology, Writing – Original Draft, Writing – Review &amp; Editing. Maria Santos: Data Curation, Formal Analysis, Visualization."  ]</w:t>
      </w:r>
    </w:p>
    <w:p>
      <w:pPr>
        <w:spacing w:line="480" w:lineRule="exact" w:before="0" w:after="120"/>
        <w:ind w:firstLine="0"/>
      </w:pPr>
      <w:r>
        <w:rPr>
          <w:rFonts w:ascii="Times New Roman" w:hAnsi="Times New Roman" w:cs="Times New Roman"/>
          <w:b w:val="0"/>
          <w:i/>
          <w:caps w:val="0"/>
          <w:color w:val="9AA1AA"/>
          <w:sz w:val="24"/>
        </w:rPr>
        <w:t>[Author Name]:  [List CRediT roles]</w:t>
        <w:br/>
        <w:t>[Author Name]:  [List CRediT roles]</w:t>
      </w:r>
    </w:p>
    <w:p>
      <w:pPr>
        <w:spacing w:before="0" w:after="160"/>
        <w:pBdr>
          <w:bottom w:val="single" w:sz="4" w:space="2" w:color="D8C9A0"/>
        </w:pBdr>
      </w:pPr>
    </w:p>
    <w:p>
      <w:pPr>
        <w:spacing w:before="0" w:after="120"/>
      </w:pPr>
    </w:p>
    <w:p>
      <w:pPr>
        <w:spacing w:before="40" w:after="20"/>
      </w:pPr>
      <w:r>
        <w:rPr>
          <w:rFonts w:ascii="Carlito" w:hAnsi="Carlito" w:cs="Carlito"/>
          <w:b/>
          <w:i w:val="0"/>
          <w:caps w:val="0"/>
          <w:color w:val="B7943F"/>
          <w:sz w:val="16"/>
          <w:spacing w:val="40"/>
        </w:rPr>
        <w:t>DECLARATIONS</w:t>
      </w:r>
    </w:p>
    <w:p>
      <w:pPr>
        <w:spacing w:before="200" w:after="60"/>
        <w:ind w:firstLine="0"/>
      </w:pPr>
      <w:r>
        <w:rPr>
          <w:rFonts w:ascii="Times New Roman" w:hAnsi="Times New Roman" w:cs="Times New Roman"/>
          <w:b/>
          <w:i/>
          <w:caps w:val="0"/>
          <w:color w:val="1F3A5F"/>
          <w:sz w:val="24"/>
        </w:rPr>
        <w:t>Funding Statement</w:t>
      </w:r>
    </w:p>
    <w:p>
      <w:pPr>
        <w:spacing w:before="0" w:after="60"/>
        <w:ind w:left="283"/>
      </w:pPr>
      <w:r>
        <w:rPr>
          <w:rFonts w:ascii="Carlito" w:hAnsi="Carlito" w:cs="Carlito"/>
          <w:b w:val="0"/>
          <w:i/>
          <w:caps w:val="0"/>
          <w:color w:val="9AA1AA"/>
          <w:sz w:val="18"/>
        </w:rPr>
        <w:t>[ State whether this research received external funding. If yes, name the funding body and grant number. If no: "This research received no external funding." ]</w:t>
      </w:r>
    </w:p>
    <w:p>
      <w:pPr>
        <w:spacing w:before="0" w:after="80"/>
        <w:ind w:firstLine="0"/>
      </w:pPr>
      <w:r>
        <w:rPr>
          <w:rFonts w:ascii="Times New Roman" w:hAnsi="Times New Roman" w:cs="Times New Roman"/>
          <w:b w:val="0"/>
          <w:i/>
          <w:caps w:val="0"/>
          <w:color w:val="9AA1AA"/>
          <w:sz w:val="24"/>
        </w:rPr>
        <w:t>"This research received no external funding."</w:t>
      </w:r>
    </w:p>
    <w:p>
      <w:pPr>
        <w:spacing w:before="200" w:after="60"/>
        <w:ind w:firstLine="0"/>
      </w:pPr>
      <w:r>
        <w:rPr>
          <w:rFonts w:ascii="Times New Roman" w:hAnsi="Times New Roman" w:cs="Times New Roman"/>
          <w:b/>
          <w:i/>
          <w:caps w:val="0"/>
          <w:color w:val="1F3A5F"/>
          <w:sz w:val="24"/>
        </w:rPr>
        <w:t>Conflict of Interest</w:t>
      </w:r>
    </w:p>
    <w:p>
      <w:pPr>
        <w:spacing w:before="0" w:after="60"/>
        <w:ind w:left="283"/>
      </w:pPr>
      <w:r>
        <w:rPr>
          <w:rFonts w:ascii="Carlito" w:hAnsi="Carlito" w:cs="Carlito"/>
          <w:b w:val="0"/>
          <w:i/>
          <w:caps w:val="0"/>
          <w:color w:val="9AA1AA"/>
          <w:sz w:val="18"/>
        </w:rPr>
        <w:t>[ State whether any author has a financial or personal interest that could influence this work. If none: "The authors declare no conflict of interest." ]</w:t>
      </w:r>
    </w:p>
    <w:p>
      <w:pPr>
        <w:spacing w:before="0" w:after="80"/>
        <w:ind w:firstLine="0"/>
      </w:pPr>
      <w:r>
        <w:rPr>
          <w:rFonts w:ascii="Times New Roman" w:hAnsi="Times New Roman" w:cs="Times New Roman"/>
          <w:b w:val="0"/>
          <w:i/>
          <w:caps w:val="0"/>
          <w:color w:val="9AA1AA"/>
          <w:sz w:val="24"/>
        </w:rPr>
        <w:t>"The authors declare no conflict of interest."</w:t>
      </w:r>
    </w:p>
    <w:p>
      <w:pPr>
        <w:spacing w:before="200" w:after="60"/>
        <w:ind w:firstLine="0"/>
      </w:pPr>
      <w:r>
        <w:rPr>
          <w:rFonts w:ascii="Times New Roman" w:hAnsi="Times New Roman" w:cs="Times New Roman"/>
          <w:b/>
          <w:i/>
          <w:caps w:val="0"/>
          <w:color w:val="1F3A5F"/>
          <w:sz w:val="24"/>
        </w:rPr>
        <w:t>Ethics Approval</w:t>
      </w:r>
    </w:p>
    <w:p>
      <w:pPr>
        <w:spacing w:before="0" w:after="60"/>
        <w:ind w:left="283"/>
      </w:pPr>
      <w:r>
        <w:rPr>
          <w:rFonts w:ascii="Carlito" w:hAnsi="Carlito" w:cs="Carlito"/>
          <w:b w:val="0"/>
          <w:i/>
          <w:caps w:val="0"/>
          <w:color w:val="9AA1AA"/>
          <w:sz w:val="18"/>
        </w:rPr>
        <w:t>[ If required, state the approving body, approval number, and date. If not required, state why (e.g., the study did not involve human participants, or the institution does not require formal ethics review for this type of research). Example: "This study was approved by [Ethics Board], Approval No. [XXX], [Date]." ]</w:t>
      </w:r>
    </w:p>
    <w:p>
      <w:pPr>
        <w:spacing w:before="0" w:after="80"/>
        <w:ind w:firstLine="0"/>
      </w:pPr>
      <w:r>
        <w:rPr>
          <w:rFonts w:ascii="Times New Roman" w:hAnsi="Times New Roman" w:cs="Times New Roman"/>
          <w:b w:val="0"/>
          <w:i/>
          <w:caps w:val="0"/>
          <w:color w:val="9AA1AA"/>
          <w:sz w:val="24"/>
        </w:rPr>
        <w:t>"Ethics approval was obtained from [body]. Approval No. [XXX]."</w:t>
      </w:r>
    </w:p>
    <w:p>
      <w:pPr>
        <w:spacing w:before="200" w:after="60"/>
        <w:ind w:firstLine="0"/>
      </w:pPr>
      <w:r>
        <w:rPr>
          <w:rFonts w:ascii="Times New Roman" w:hAnsi="Times New Roman" w:cs="Times New Roman"/>
          <w:b/>
          <w:i/>
          <w:caps w:val="0"/>
          <w:color w:val="1F3A5F"/>
          <w:sz w:val="24"/>
        </w:rPr>
        <w:t>AI Disclosure Statement</w:t>
      </w:r>
    </w:p>
    <w:p>
      <w:pPr>
        <w:spacing w:before="0" w:after="60"/>
        <w:ind w:left="283"/>
      </w:pPr>
      <w:r>
        <w:rPr>
          <w:rFonts w:ascii="Carlito" w:hAnsi="Carlito" w:cs="Carlito"/>
          <w:b w:val="0"/>
          <w:i/>
          <w:caps w:val="0"/>
          <w:color w:val="9AA1AA"/>
          <w:sz w:val="18"/>
        </w:rPr>
        <w:t>[ If AI tools were used, name the tool and describe its use (e.g., language editing only). If none: "No AI tools were used in the preparation of this manuscript." ]</w:t>
      </w:r>
    </w:p>
    <w:p>
      <w:pPr>
        <w:spacing w:before="0" w:after="80"/>
        <w:ind w:firstLine="0"/>
      </w:pPr>
      <w:r>
        <w:rPr>
          <w:rFonts w:ascii="Times New Roman" w:hAnsi="Times New Roman" w:cs="Times New Roman"/>
          <w:b w:val="0"/>
          <w:i/>
          <w:caps w:val="0"/>
          <w:color w:val="9AA1AA"/>
          <w:sz w:val="24"/>
        </w:rPr>
        <w:t>"No AI tools were used in the preparation of this manuscript."</w:t>
      </w:r>
    </w:p>
    <w:p>
      <w:pPr>
        <w:spacing w:before="200" w:after="60"/>
        <w:ind w:firstLine="0"/>
      </w:pPr>
      <w:r>
        <w:rPr>
          <w:rFonts w:ascii="Times New Roman" w:hAnsi="Times New Roman" w:cs="Times New Roman"/>
          <w:b/>
          <w:i/>
          <w:caps w:val="0"/>
          <w:color w:val="1F3A5F"/>
          <w:sz w:val="24"/>
        </w:rPr>
        <w:t>Data Availability Statement</w:t>
      </w:r>
    </w:p>
    <w:p>
      <w:pPr>
        <w:spacing w:before="0" w:after="60"/>
        <w:ind w:left="283"/>
      </w:pPr>
      <w:r>
        <w:rPr>
          <w:rFonts w:ascii="Carlito" w:hAnsi="Carlito" w:cs="Carlito"/>
          <w:b w:val="0"/>
          <w:i/>
          <w:caps w:val="0"/>
          <w:color w:val="9AA1AA"/>
          <w:sz w:val="18"/>
        </w:rPr>
        <w:t>[ State where the data supporting your findings can be accessed. Examples: "Data are included within the article and supplementary materials." | "The datasets generated during this study are available from the corresponding author upon reasonable request." | "Data are not publicly available due to [reason]." ]</w:t>
      </w:r>
    </w:p>
    <w:p>
      <w:pPr>
        <w:spacing w:before="0" w:after="80"/>
        <w:ind w:firstLine="0"/>
      </w:pPr>
      <w:r>
        <w:rPr>
          <w:rFonts w:ascii="Times New Roman" w:hAnsi="Times New Roman" w:cs="Times New Roman"/>
          <w:b w:val="0"/>
          <w:i/>
          <w:caps w:val="0"/>
          <w:color w:val="9AA1AA"/>
          <w:sz w:val="24"/>
        </w:rPr>
        <w:t>"Data are included within the article and supplementary materials."</w:t>
      </w:r>
    </w:p>
    <w:p>
      <w:pPr>
        <w:spacing w:before="200" w:after="60"/>
        <w:ind w:firstLine="0"/>
      </w:pPr>
      <w:r>
        <w:rPr>
          <w:rFonts w:ascii="Times New Roman" w:hAnsi="Times New Roman" w:cs="Times New Roman"/>
          <w:b/>
          <w:i/>
          <w:caps w:val="0"/>
          <w:color w:val="1F3A5F"/>
          <w:sz w:val="24"/>
        </w:rPr>
        <w:t>Acknowledgments</w:t>
      </w:r>
    </w:p>
    <w:p>
      <w:pPr>
        <w:spacing w:before="0" w:after="60"/>
        <w:ind w:left="283"/>
      </w:pPr>
      <w:r>
        <w:rPr>
          <w:rFonts w:ascii="Carlito" w:hAnsi="Carlito" w:cs="Carlito"/>
          <w:b w:val="0"/>
          <w:i/>
          <w:caps w:val="0"/>
          <w:color w:val="9AA1AA"/>
          <w:sz w:val="18"/>
        </w:rPr>
        <w:t>[ Acknowledge individuals who contributed to the research but do not qualify as authors. Include research advisers, data collection assistants, and institutional support. If none, delete this section. ]</w:t>
      </w:r>
    </w:p>
    <w:p>
      <w:pPr>
        <w:spacing w:before="0" w:after="80"/>
        <w:ind w:firstLine="0"/>
      </w:pPr>
      <w:r>
        <w:rPr>
          <w:rFonts w:ascii="Times New Roman" w:hAnsi="Times New Roman" w:cs="Times New Roman"/>
          <w:b w:val="0"/>
          <w:i/>
          <w:caps w:val="0"/>
          <w:color w:val="9AA1AA"/>
          <w:sz w:val="24"/>
        </w:rPr>
        <w:t>[e.g., "The authors thank their research adviser, [Name], for guidance."]</w:t>
      </w:r>
    </w:p>
    <w:p>
      <w:pPr>
        <w:spacing w:before="0" w:after="160"/>
        <w:pBdr>
          <w:bottom w:val="single" w:sz="4" w:space="2" w:color="D8C9A0"/>
        </w:pBdr>
      </w:pPr>
    </w:p>
    <w:p>
      <w:pPr>
        <w:spacing w:before="0" w:after="120"/>
      </w:pPr>
    </w:p>
    <w:p>
      <w:pPr>
        <w:spacing w:before="40" w:after="20"/>
      </w:pPr>
      <w:r>
        <w:rPr>
          <w:rFonts w:ascii="Carlito" w:hAnsi="Carlito" w:cs="Carlito"/>
          <w:b/>
          <w:i w:val="0"/>
          <w:caps w:val="0"/>
          <w:color w:val="B7943F"/>
          <w:sz w:val="16"/>
          <w:spacing w:val="40"/>
        </w:rPr>
        <w:t>CORRESPONDING AUTHOR SIGNATURE</w:t>
      </w:r>
    </w:p>
    <w:p>
      <w:pPr>
        <w:spacing w:before="40" w:after="80"/>
        <w:ind w:left="283"/>
      </w:pPr>
      <w:r>
        <w:rPr>
          <w:rFonts w:ascii="Carlito" w:hAnsi="Carlito" w:cs="Carlito"/>
          <w:b w:val="0"/>
          <w:i/>
          <w:caps w:val="0"/>
          <w:color w:val="9AA1AA"/>
          <w:sz w:val="18"/>
        </w:rPr>
        <w:t>[  By signing below, the corresponding author confirms on behalf of all authors that: (1) the manuscript is original and has not been published or submitted elsewhere; (2) all authors have read and approved the submission; (3) the declarations above are accurate and complete; (4) the study was conducted in accordance with applicable ethical standards.  ]</w:t>
      </w:r>
    </w:p>
    <w:p>
      <w:pPr>
        <w:spacing w:before="240" w:after="80"/>
        <w:ind w:firstLine="0"/>
      </w:pPr>
      <w:r>
        <w:rPr>
          <w:rFonts w:ascii="Carlito" w:hAnsi="Carlito" w:cs="Carlito"/>
          <w:b/>
          <w:i w:val="0"/>
          <w:caps w:val="0"/>
          <w:color w:val="1F3A5F"/>
          <w:sz w:val="20"/>
        </w:rPr>
        <w:t xml:space="preserve">Signature:   </w:t>
      </w:r>
      <w:r>
        <w:rPr>
          <w:rFonts w:ascii="Carlito" w:hAnsi="Carlito" w:cs="Carlito"/>
          <w:b w:val="0"/>
          <w:i w:val="0"/>
          <w:caps w:val="0"/>
          <w:color w:val="C8C8C8"/>
          <w:sz w:val="20"/>
        </w:rPr>
        <w:t>__________________________________________________</w:t>
      </w:r>
    </w:p>
    <w:p>
      <w:pPr>
        <w:spacing w:before="240" w:after="80"/>
        <w:ind w:firstLine="0"/>
      </w:pPr>
      <w:r>
        <w:rPr>
          <w:rFonts w:ascii="Carlito" w:hAnsi="Carlito" w:cs="Carlito"/>
          <w:b/>
          <w:i w:val="0"/>
          <w:caps w:val="0"/>
          <w:color w:val="1F3A5F"/>
          <w:sz w:val="20"/>
        </w:rPr>
        <w:t xml:space="preserve">Printed Name:   </w:t>
      </w:r>
      <w:r>
        <w:rPr>
          <w:rFonts w:ascii="Carlito" w:hAnsi="Carlito" w:cs="Carlito"/>
          <w:b w:val="0"/>
          <w:i w:val="0"/>
          <w:caps w:val="0"/>
          <w:color w:val="C8C8C8"/>
          <w:sz w:val="20"/>
        </w:rPr>
        <w:t>__________________________________________________</w:t>
      </w:r>
    </w:p>
    <w:p>
      <w:pPr>
        <w:spacing w:before="240" w:after="80"/>
        <w:ind w:firstLine="0"/>
      </w:pPr>
      <w:r>
        <w:rPr>
          <w:rFonts w:ascii="Carlito" w:hAnsi="Carlito" w:cs="Carlito"/>
          <w:b/>
          <w:i w:val="0"/>
          <w:caps w:val="0"/>
          <w:color w:val="1F3A5F"/>
          <w:sz w:val="20"/>
        </w:rPr>
        <w:t xml:space="preserve">Date:   </w:t>
      </w:r>
      <w:r>
        <w:rPr>
          <w:rFonts w:ascii="Carlito" w:hAnsi="Carlito" w:cs="Carlito"/>
          <w:b w:val="0"/>
          <w:i w:val="0"/>
          <w:caps w:val="0"/>
          <w:color w:val="C8C8C8"/>
          <w:sz w:val="20"/>
        </w:rPr>
        <w:t>__________________________________________________</w:t>
      </w:r>
    </w:p>
    <w:p>
      <w:pPr>
        <w:spacing w:before="0" w:after="200"/>
      </w:pPr>
    </w:p>
    <w:p>
      <w:pPr>
        <w:spacing w:before="120" w:after="80"/>
        <w:pBdr>
          <w:bottom w:val="single" w:sz="6" w:space="2" w:color="D8C9A0"/>
        </w:pBdr>
      </w:pPr>
    </w:p>
    <w:p>
      <w:pPr>
        <w:spacing w:before="0" w:after="0"/>
        <w:jc w:val="center"/>
      </w:pPr>
      <w:r>
        <w:rPr>
          <w:rFonts w:ascii="Lora" w:hAnsi="Lora" w:cs="Lora"/>
          <w:b w:val="0"/>
          <w:i/>
          <w:caps w:val="0"/>
          <w:color w:val="B7943F"/>
          <w:sz w:val="20"/>
        </w:rPr>
        <w:t>Guided by Heritage.  Driven by Inquiry.</w:t>
      </w:r>
    </w:p>
    <w:sectPr w:rsidR="00FC693F" w:rsidRPr="0006063C" w:rsidSect="00034616">
      <w:footerReference w:type="default" r:id="rId10"/>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Bdr>
        <w:top w:val="single" w:sz="6" w:space="6" w:color="D8C9A0"/>
      </w:pBdr>
    </w:pPr>
    <w:r>
      <w:rPr>
        <w:rFonts w:ascii="Carlito" w:hAnsi="Carlito" w:cs="Carlito"/>
        <w:b w:val="0"/>
        <w:i w:val="0"/>
        <w:caps w:val="0"/>
        <w:color w:val="6A727E"/>
        <w:sz w:val="15"/>
        <w:spacing w:val="8"/>
      </w:rPr>
      <w:t xml:space="preserve">Layag Ilaya Research Journal   ·   Title Page Template   ·   Version 1.0   ·   Page </w:t>
    </w:r>
    <w:r>
      <w:fldChar w:fldCharType="begin"/>
      <w:instrText xml:space="preserve">PAGE</w:instrText>
      <w:fldChar w:fldCharType="end"/>
    </w:r>
    <w:r>
      <w:rPr>
        <w:rFonts w:ascii="Carlito" w:hAnsi="Carlito" w:cs="Carlito"/>
        <w:b w:val="0"/>
        <w:i w:val="0"/>
        <w:caps w:val="0"/>
        <w:color w:val="6A727E"/>
        <w:sz w:val="15"/>
      </w:rPr>
      <w:t xml:space="preserve"> of </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exact" w:before="0" w:after="0"/>
    </w:pPr>
    <w:rPr>
      <w:rFonts w:ascii="Times New Roman" w:hAnsi="Times New Roman"/>
      <w:color w:val="2A2E33"/>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