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4536"/>
        <w:gridCol w:w="4536"/>
      </w:tblGrid>
      <w:tr>
        <w:tc>
          <w:tcPr>
            <w:tcW w:type="dxa" w:w="1020"/>
            <w:tcBorders>
              <w:top w:val="single" w:sz="2" w:space="0" w:color="FFFFFF"/>
              <w:bottom w:val="single" w:sz="2" w:space="0" w:color="FFFFFF"/>
              <w:left w:val="single" w:sz="2" w:space="0" w:color="FFFFFF"/>
              <w:right w:val="single" w:sz="2" w:space="0" w:color="FFFFFF"/>
            </w:tcBorders>
          </w:tcPr>
          <w:p>
            <w:pPr>
              <w:spacing w:before="0" w:after="0"/>
              <w:jc w:val="left"/>
            </w:pPr>
            <w:r>
              <w:drawing>
                <wp:inline xmlns:a="http://schemas.openxmlformats.org/drawingml/2006/main" xmlns:pic="http://schemas.openxmlformats.org/drawingml/2006/picture">
                  <wp:extent cx="447416" cy="468000"/>
                  <wp:docPr id="1" name="Picture 1"/>
                  <wp:cNvGraphicFramePr>
                    <a:graphicFrameLocks noChangeAspect="1"/>
                  </wp:cNvGraphicFramePr>
                  <a:graphic>
                    <a:graphicData uri="http://schemas.openxmlformats.org/drawingml/2006/picture">
                      <pic:pic>
                        <pic:nvPicPr>
                          <pic:cNvPr id="0" name="lirj_official_mark.png"/>
                          <pic:cNvPicPr/>
                        </pic:nvPicPr>
                        <pic:blipFill>
                          <a:blip r:embed="rId9"/>
                          <a:stretch>
                            <a:fillRect/>
                          </a:stretch>
                        </pic:blipFill>
                        <pic:spPr>
                          <a:xfrm>
                            <a:off x="0" y="0"/>
                            <a:ext cx="447416" cy="468000"/>
                          </a:xfrm>
                          <a:prstGeom prst="rect"/>
                        </pic:spPr>
                      </pic:pic>
                    </a:graphicData>
                  </a:graphic>
                </wp:inline>
              </w:drawing>
            </w:r>
          </w:p>
        </w:tc>
        <w:tc>
          <w:tcPr>
            <w:tcW w:type="dxa" w:w="8617"/>
            <w:tcBorders>
              <w:top w:val="single" w:sz="2" w:space="0" w:color="FFFFFF"/>
              <w:bottom w:val="single" w:sz="2" w:space="0" w:color="FFFFFF"/>
              <w:left w:val="single" w:sz="2" w:space="0" w:color="FFFFFF"/>
              <w:right w:val="single" w:sz="2" w:space="0" w:color="FFFFFF"/>
            </w:tcBorders>
          </w:tcPr>
          <w:p>
            <w:pPr>
              <w:spacing w:before="40" w:after="0"/>
            </w:pPr>
            <w:r>
              <w:rPr>
                <w:rFonts w:ascii="Carlito" w:hAnsi="Carlito" w:cs="Carlito"/>
                <w:b/>
                <w:i w:val="0"/>
                <w:caps w:val="0"/>
                <w:color w:val="1F3A5F"/>
                <w:sz w:val="18"/>
                <w:spacing w:val="36"/>
              </w:rPr>
              <w:t>LAYAG ILAYA RESEARCH JOURNAL</w:t>
            </w:r>
          </w:p>
          <w:p>
            <w:pPr>
              <w:spacing w:before="0" w:after="40"/>
            </w:pPr>
            <w:r>
              <w:rPr>
                <w:rFonts w:ascii="Carlito" w:hAnsi="Carlito" w:cs="Carlito"/>
                <w:b w:val="0"/>
                <w:i w:val="0"/>
                <w:caps w:val="0"/>
                <w:color w:val="6A727E"/>
                <w:sz w:val="16"/>
              </w:rPr>
              <w:t>Volume 2  ·  2027   ·   ISSN 3155-5829   ·   Open Access</w:t>
            </w:r>
          </w:p>
        </w:tc>
      </w:tr>
    </w:tbl>
    <w:p>
      <w:pPr>
        <w:pBdr>
          <w:bottom w:val="single" w:sz="6" w:space="4" w:color="D8C9A0"/>
        </w:pBdr>
      </w:pPr>
    </w:p>
    <w:p>
      <w:pPr>
        <w:spacing w:before="0" w:after="200"/>
      </w:pPr>
    </w:p>
    <w:p>
      <w:pPr>
        <w:spacing w:before="0" w:after="80"/>
        <w:jc w:val="center"/>
      </w:pPr>
    </w:p>
    <w:p>
      <w:pPr>
        <w:spacing w:line="400" w:lineRule="exact" w:before="40" w:after="80"/>
        <w:ind w:left="283"/>
      </w:pPr>
      <w:r>
        <w:rPr>
          <w:rFonts w:ascii="Carlito" w:hAnsi="Carlito" w:cs="Carlito"/>
          <w:b w:val="0"/>
          <w:i/>
          <w:caps w:val="0"/>
          <w:color w:val="9AA1AA"/>
          <w:sz w:val="19"/>
        </w:rPr>
        <w:t>[  Article type: Research Article | Action Research | Case Study | Literature Review | Innovation Report — select one and delete this bracket  ]</w:t>
      </w:r>
    </w:p>
    <w:p>
      <w:pPr>
        <w:spacing w:before="0" w:after="120"/>
        <w:jc w:val="center"/>
      </w:pPr>
      <w:r>
        <w:rPr>
          <w:rFonts w:ascii="Lora" w:hAnsi="Lora" w:cs="Lora"/>
          <w:b/>
          <w:i w:val="0"/>
          <w:caps w:val="0"/>
          <w:color w:val="1F3A5F"/>
          <w:sz w:val="36"/>
        </w:rPr>
        <w:t>[Article Title: Use Title Case. Be Specific and Descriptive. Avoid abbreviations. Recommended length: 12–20 words.]</w:t>
      </w:r>
    </w:p>
    <w:p>
      <w:pPr>
        <w:spacing w:before="0" w:after="120"/>
      </w:pPr>
    </w:p>
    <w:p>
      <w:pPr>
        <w:spacing w:before="0" w:after="40"/>
        <w:jc w:val="center"/>
      </w:pPr>
      <w:r>
        <w:rPr>
          <w:rFonts w:ascii="Times New Roman" w:hAnsi="Times New Roman" w:cs="Times New Roman"/>
          <w:b w:val="0"/>
          <w:i w:val="0"/>
          <w:caps w:val="0"/>
          <w:color w:val="2A2E33"/>
          <w:sz w:val="24"/>
        </w:rPr>
        <w:t>[First Author Full Name]</w:t>
      </w:r>
      <w:r>
        <w:rPr>
          <w:rFonts w:ascii="Times New Roman" w:hAnsi="Times New Roman" w:cs="Times New Roman"/>
          <w:b w:val="0"/>
          <w:i w:val="0"/>
          <w:caps w:val="0"/>
          <w:color w:val="2A2E33"/>
          <w:sz w:val="18"/>
        </w:rPr>
        <w:t>¹</w:t>
      </w:r>
      <w:r>
        <w:rPr>
          <w:rFonts w:ascii="Times New Roman" w:hAnsi="Times New Roman" w:cs="Times New Roman"/>
          <w:b w:val="0"/>
          <w:i w:val="0"/>
          <w:caps w:val="0"/>
          <w:color w:val="2A2E33"/>
          <w:sz w:val="24"/>
        </w:rPr>
        <w:t>,  [Second Author Full Name]</w:t>
      </w:r>
      <w:r>
        <w:rPr>
          <w:rFonts w:ascii="Times New Roman" w:hAnsi="Times New Roman" w:cs="Times New Roman"/>
          <w:b w:val="0"/>
          <w:i w:val="0"/>
          <w:caps w:val="0"/>
          <w:color w:val="2A2E33"/>
          <w:sz w:val="18"/>
        </w:rPr>
        <w:t>²</w:t>
      </w:r>
    </w:p>
    <w:p>
      <w:pPr>
        <w:spacing w:before="0" w:after="40"/>
        <w:jc w:val="center"/>
      </w:pPr>
      <w:r>
        <w:rPr>
          <w:rFonts w:ascii="Times New Roman" w:hAnsi="Times New Roman" w:cs="Times New Roman"/>
          <w:b w:val="0"/>
          <w:i/>
          <w:caps w:val="0"/>
          <w:color w:val="6A727E"/>
          <w:sz w:val="20"/>
        </w:rPr>
        <w:t>¹  [Department, School/Institution, City, Country]</w:t>
      </w:r>
    </w:p>
    <w:p>
      <w:pPr>
        <w:spacing w:before="0" w:after="40"/>
        <w:jc w:val="center"/>
      </w:pPr>
      <w:r>
        <w:rPr>
          <w:rFonts w:ascii="Times New Roman" w:hAnsi="Times New Roman" w:cs="Times New Roman"/>
          <w:b w:val="0"/>
          <w:i/>
          <w:caps w:val="0"/>
          <w:color w:val="6A727E"/>
          <w:sz w:val="20"/>
        </w:rPr>
        <w:t>²  [Department, School/Institution, City, Country — add or remove as needed]</w:t>
      </w:r>
    </w:p>
    <w:p>
      <w:pPr>
        <w:spacing w:before="0" w:after="40"/>
        <w:jc w:val="center"/>
      </w:pPr>
      <w:r>
        <w:rPr>
          <w:rFonts w:ascii="Times New Roman" w:hAnsi="Times New Roman" w:cs="Times New Roman"/>
          <w:b/>
          <w:i w:val="0"/>
          <w:caps w:val="0"/>
          <w:color w:val="6A727E"/>
          <w:sz w:val="20"/>
        </w:rPr>
        <w:t xml:space="preserve">ORCID  </w:t>
      </w:r>
      <w:r>
        <w:rPr>
          <w:rFonts w:ascii="Carlito" w:hAnsi="Carlito" w:cs="Carlito"/>
          <w:b/>
          <w:i w:val="0"/>
          <w:caps w:val="0"/>
          <w:color w:val="A6CE39"/>
          <w:sz w:val="18"/>
        </w:rPr>
        <w:t xml:space="preserve"> ● iD </w:t>
      </w:r>
      <w:r>
        <w:rPr>
          <w:rFonts w:ascii="Carlito" w:hAnsi="Carlito" w:cs="Carlito"/>
          <w:b w:val="0"/>
          <w:i/>
          <w:caps w:val="0"/>
          <w:color w:val="6A727E"/>
          <w:sz w:val="19"/>
        </w:rPr>
        <w:t>https://orcid.org/0000-0000-0000-0000 — if available</w:t>
      </w:r>
    </w:p>
    <w:p>
      <w:pPr>
        <w:spacing w:before="0" w:after="80"/>
        <w:jc w:val="center"/>
      </w:pPr>
      <w:r>
        <w:rPr>
          <w:rFonts w:ascii="Times New Roman" w:hAnsi="Times New Roman" w:cs="Times New Roman"/>
          <w:b/>
          <w:i w:val="0"/>
          <w:caps w:val="0"/>
          <w:color w:val="6A727E"/>
          <w:sz w:val="20"/>
        </w:rPr>
        <w:t xml:space="preserve">Corresponding Author: </w:t>
      </w:r>
      <w:r>
        <w:rPr>
          <w:rFonts w:ascii="Times New Roman" w:hAnsi="Times New Roman" w:cs="Times New Roman"/>
          <w:b w:val="0"/>
          <w:i/>
          <w:caps w:val="0"/>
          <w:color w:val="6A727E"/>
          <w:sz w:val="20"/>
        </w:rPr>
        <w:t>[Full Name, email@address.com]</w:t>
      </w:r>
    </w:p>
    <w:p>
      <w:pPr>
        <w:spacing w:before="0" w:after="240"/>
        <w:jc w:val="center"/>
        <w:pBdr>
          <w:bottom w:val="single" w:sz="6" w:space="6" w:color="D8C9A0"/>
        </w:pBdr>
      </w:pPr>
      <w:r>
        <w:rPr>
          <w:rFonts w:ascii="Times New Roman" w:hAnsi="Times New Roman" w:cs="Times New Roman"/>
          <w:b/>
          <w:i w:val="0"/>
          <w:caps w:val="0"/>
          <w:color w:val="6A727E"/>
          <w:sz w:val="20"/>
        </w:rPr>
        <w:t xml:space="preserve">Running Head: </w:t>
      </w:r>
      <w:r>
        <w:rPr>
          <w:rFonts w:ascii="Times New Roman" w:hAnsi="Times New Roman" w:cs="Times New Roman"/>
          <w:b w:val="0"/>
          <w:i/>
          <w:caps w:val="0"/>
          <w:color w:val="9AA1AA"/>
          <w:sz w:val="20"/>
        </w:rPr>
        <w:t>Running heads are not required. If included, limit to 50 characters.</w:t>
      </w:r>
    </w:p>
    <w:p>
      <w:pPr>
        <w:spacing w:before="0" w:after="80"/>
      </w:pPr>
    </w:p>
    <w:p>
      <w:pPr>
        <w:spacing w:before="0" w:after="160"/>
        <w:jc w:val="center"/>
      </w:pPr>
      <w:r>
        <w:rPr>
          <w:rFonts w:ascii="Carlito" w:hAnsi="Carlito" w:cs="Carlito"/>
          <w:b/>
          <w:i w:val="0"/>
          <w:caps w:val="0"/>
          <w:color w:val="B7943F"/>
          <w:sz w:val="18"/>
        </w:rPr>
        <w:t xml:space="preserve">⚠  ANONYMOUS MANUSCRIPT:  </w:t>
      </w:r>
      <w:r>
        <w:rPr>
          <w:rFonts w:ascii="Carlito" w:hAnsi="Carlito" w:cs="Carlito"/>
          <w:b w:val="0"/>
          <w:i/>
          <w:caps w:val="0"/>
          <w:color w:val="6A727E"/>
          <w:sz w:val="18"/>
        </w:rPr>
        <w:t>Remove all author names, affiliations, and identifying references from this file before submission. Submit author details separately using the Title Page Template.</w:t>
      </w:r>
    </w:p>
    <w:p>
      <w:pPr>
        <w:spacing w:before="0" w:after="80"/>
      </w:pPr>
    </w:p>
    <w:p>
      <w:pPr>
        <w:spacing w:before="320" w:after="120"/>
        <w:ind w:firstLine="0"/>
        <w:pBdr>
          <w:bottom w:val="single" w:sz="4" w:space="4" w:color="D8C9A0"/>
        </w:pBdr>
      </w:pPr>
      <w:r>
        <w:rPr>
          <w:rFonts w:ascii="Times New Roman" w:hAnsi="Times New Roman" w:cs="Times New Roman"/>
          <w:b/>
          <w:i w:val="0"/>
          <w:caps w:val="0"/>
          <w:color w:val="1F3A5F"/>
          <w:sz w:val="24"/>
          <w:spacing w:val="8"/>
        </w:rPr>
        <w:t>ABSTRACT</w:t>
      </w:r>
    </w:p>
    <w:p>
      <w:pPr>
        <w:spacing w:line="400" w:lineRule="exact" w:before="40" w:after="80"/>
        <w:ind w:left="283"/>
      </w:pPr>
      <w:r>
        <w:rPr>
          <w:rFonts w:ascii="Carlito" w:hAnsi="Carlito" w:cs="Carlito"/>
          <w:b w:val="0"/>
          <w:i/>
          <w:caps w:val="0"/>
          <w:color w:val="9AA1AA"/>
          <w:sz w:val="19"/>
        </w:rPr>
        <w:t>[  Write a single, unstructured paragraph of 150–250 words. Summarize: (1) the background and problem, (2) the research objectives, (3) the methodology, (4) the key findings, and (5) the conclusions and implications. Do not cite references in the abstract.  ]</w:t>
      </w:r>
    </w:p>
    <w:p>
      <w:pPr>
        <w:spacing w:before="0" w:after="120"/>
      </w:pPr>
    </w:p>
    <w:p>
      <w:pPr>
        <w:spacing w:before="0" w:after="80"/>
        <w:pBdr>
          <w:bottom w:val="single" w:sz="4" w:space="6" w:color="D8C9A0"/>
        </w:pBdr>
      </w:pPr>
      <w:r>
        <w:rPr>
          <w:rFonts w:ascii="Times New Roman" w:hAnsi="Times New Roman" w:cs="Times New Roman"/>
          <w:b/>
          <w:i w:val="0"/>
          <w:caps w:val="0"/>
          <w:color w:val="1F3A5F"/>
          <w:sz w:val="24"/>
        </w:rPr>
        <w:t xml:space="preserve">Keywords: </w:t>
      </w:r>
      <w:r>
        <w:rPr>
          <w:rFonts w:ascii="Times New Roman" w:hAnsi="Times New Roman" w:cs="Times New Roman"/>
          <w:b w:val="0"/>
          <w:i/>
          <w:caps w:val="0"/>
          <w:color w:val="9AA1AA"/>
          <w:sz w:val="24"/>
        </w:rPr>
        <w:t>[keyword one]; [keyword two]; [keyword three]; [keyword four]; [keyword five] — 4 to 6 keywords, separated by semicolons</w:t>
      </w:r>
    </w:p>
    <w:p>
      <w:pPr>
        <w:spacing w:before="0" w:after="200"/>
      </w:pPr>
    </w:p>
    <w:p>
      <w:pPr>
        <w:spacing w:before="320" w:after="120"/>
        <w:ind w:firstLine="0"/>
        <w:pBdr>
          <w:bottom w:val="single" w:sz="4" w:space="4" w:color="D8C9A0"/>
        </w:pBdr>
      </w:pPr>
      <w:r>
        <w:rPr>
          <w:rFonts w:ascii="Times New Roman" w:hAnsi="Times New Roman" w:cs="Times New Roman"/>
          <w:b/>
          <w:i w:val="0"/>
          <w:caps w:val="0"/>
          <w:color w:val="B7943F"/>
          <w:sz w:val="24"/>
        </w:rPr>
        <w:t xml:space="preserve">1.  </w:t>
      </w:r>
      <w:r>
        <w:rPr>
          <w:rFonts w:ascii="Times New Roman" w:hAnsi="Times New Roman" w:cs="Times New Roman"/>
          <w:b/>
          <w:i w:val="0"/>
          <w:caps w:val="0"/>
          <w:color w:val="1F3A5F"/>
          <w:sz w:val="24"/>
          <w:spacing w:val="8"/>
        </w:rPr>
        <w:t>INTRODUCTION</w:t>
      </w:r>
    </w:p>
    <w:p>
      <w:pPr>
        <w:spacing w:line="400" w:lineRule="exact" w:before="40" w:after="80"/>
        <w:ind w:left="283"/>
      </w:pPr>
      <w:r>
        <w:rPr>
          <w:rFonts w:ascii="Carlito" w:hAnsi="Carlito" w:cs="Carlito"/>
          <w:b w:val="0"/>
          <w:i/>
          <w:caps w:val="0"/>
          <w:color w:val="9AA1AA"/>
          <w:sz w:val="19"/>
        </w:rPr>
        <w:t>[  Present the research context, background, and significance. Identify the problem or gap in the literature. State the research objectives and/or questions clearly. End with a brief overview of the paper's structure. Recommended length: 400–700 words.  ]</w:t>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before="0" w:after="120"/>
      </w:pPr>
    </w:p>
    <w:p>
      <w:pPr>
        <w:spacing w:before="320" w:after="120"/>
        <w:ind w:firstLine="0"/>
        <w:pBdr>
          <w:bottom w:val="single" w:sz="4" w:space="4" w:color="D8C9A0"/>
        </w:pBdr>
      </w:pPr>
      <w:r>
        <w:rPr>
          <w:rFonts w:ascii="Times New Roman" w:hAnsi="Times New Roman" w:cs="Times New Roman"/>
          <w:b/>
          <w:i w:val="0"/>
          <w:caps w:val="0"/>
          <w:color w:val="B7943F"/>
          <w:sz w:val="24"/>
        </w:rPr>
        <w:t xml:space="preserve">2.  </w:t>
      </w:r>
      <w:r>
        <w:rPr>
          <w:rFonts w:ascii="Times New Roman" w:hAnsi="Times New Roman" w:cs="Times New Roman"/>
          <w:b/>
          <w:i w:val="0"/>
          <w:caps w:val="0"/>
          <w:color w:val="1F3A5F"/>
          <w:sz w:val="24"/>
          <w:spacing w:val="8"/>
        </w:rPr>
        <w:t>REVIEW OF LITERATURE</w:t>
      </w:r>
    </w:p>
    <w:p>
      <w:pPr>
        <w:spacing w:line="400" w:lineRule="exact" w:before="40" w:after="80"/>
        <w:ind w:left="283"/>
      </w:pPr>
      <w:r>
        <w:rPr>
          <w:rFonts w:ascii="Carlito" w:hAnsi="Carlito" w:cs="Carlito"/>
          <w:b w:val="0"/>
          <w:i/>
          <w:caps w:val="0"/>
          <w:color w:val="9AA1AA"/>
          <w:sz w:val="19"/>
        </w:rPr>
        <w:t>[  Synthesize relevant prior studies that inform your research. Organize thematically or chronologically. Identify the theoretical or conceptual framework underlying the study. Highlight the gap your study addresses. Cite all sources in APA 7th edition. Recommended length: 500–900 words.  ]</w:t>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before="0" w:after="120"/>
      </w:pPr>
    </w:p>
    <w:p>
      <w:pPr>
        <w:spacing w:before="320" w:after="120"/>
        <w:ind w:firstLine="0"/>
        <w:pBdr>
          <w:bottom w:val="single" w:sz="4" w:space="4" w:color="D8C9A0"/>
        </w:pBdr>
      </w:pPr>
      <w:r>
        <w:rPr>
          <w:rFonts w:ascii="Times New Roman" w:hAnsi="Times New Roman" w:cs="Times New Roman"/>
          <w:b/>
          <w:i w:val="0"/>
          <w:caps w:val="0"/>
          <w:color w:val="B7943F"/>
          <w:sz w:val="24"/>
        </w:rPr>
        <w:t xml:space="preserve">3.  </w:t>
      </w:r>
      <w:r>
        <w:rPr>
          <w:rFonts w:ascii="Times New Roman" w:hAnsi="Times New Roman" w:cs="Times New Roman"/>
          <w:b/>
          <w:i w:val="0"/>
          <w:caps w:val="0"/>
          <w:color w:val="1F3A5F"/>
          <w:sz w:val="24"/>
          <w:spacing w:val="8"/>
        </w:rPr>
        <w:t>METHODOLOGY</w:t>
      </w:r>
    </w:p>
    <w:p>
      <w:pPr>
        <w:spacing w:line="400" w:lineRule="exact" w:before="40" w:after="80"/>
        <w:ind w:left="283"/>
      </w:pPr>
      <w:r>
        <w:rPr>
          <w:rFonts w:ascii="Carlito" w:hAnsi="Carlito" w:cs="Carlito"/>
          <w:b w:val="0"/>
          <w:i/>
          <w:caps w:val="0"/>
          <w:color w:val="9AA1AA"/>
          <w:sz w:val="19"/>
        </w:rPr>
        <w:t>[  Describe the research design, approach, and rationale. Include: participants/sample (selection, size, characteristics); instruments/tools used; data collection procedure; data analysis method; and ethical considerations. Provide enough detail for replication. Recommended length: 600–900 words.  ]</w:t>
      </w:r>
    </w:p>
    <w:p>
      <w:pPr>
        <w:spacing w:before="200" w:after="80"/>
        <w:ind w:firstLine="0"/>
      </w:pPr>
      <w:r>
        <w:rPr>
          <w:rFonts w:ascii="Times New Roman" w:hAnsi="Times New Roman" w:cs="Times New Roman"/>
          <w:b/>
          <w:i/>
          <w:caps w:val="0"/>
          <w:color w:val="1F3A5F"/>
          <w:sz w:val="24"/>
        </w:rPr>
        <w:t>3.1  Research Design</w:t>
      </w:r>
    </w:p>
    <w:p>
      <w:pPr>
        <w:spacing w:line="400" w:lineRule="exact" w:before="40" w:after="80"/>
        <w:ind w:left="283"/>
      </w:pPr>
      <w:r>
        <w:rPr>
          <w:rFonts w:ascii="Carlito" w:hAnsi="Carlito" w:cs="Carlito"/>
          <w:b w:val="0"/>
          <w:i/>
          <w:caps w:val="0"/>
          <w:color w:val="9AA1AA"/>
          <w:sz w:val="19"/>
        </w:rPr>
        <w:t>[  Describe the design and explain why it is appropriate.  ]</w:t>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before="200" w:after="80"/>
        <w:ind w:firstLine="0"/>
      </w:pPr>
      <w:r>
        <w:rPr>
          <w:rFonts w:ascii="Times New Roman" w:hAnsi="Times New Roman" w:cs="Times New Roman"/>
          <w:b/>
          <w:i/>
          <w:caps w:val="0"/>
          <w:color w:val="1F3A5F"/>
          <w:sz w:val="24"/>
        </w:rPr>
        <w:t>3.2  Participants</w:t>
      </w:r>
    </w:p>
    <w:p>
      <w:pPr>
        <w:spacing w:line="400" w:lineRule="exact" w:before="40" w:after="80"/>
        <w:ind w:left="283"/>
      </w:pPr>
      <w:r>
        <w:rPr>
          <w:rFonts w:ascii="Carlito" w:hAnsi="Carlito" w:cs="Carlito"/>
          <w:b w:val="0"/>
          <w:i/>
          <w:caps w:val="0"/>
          <w:color w:val="9AA1AA"/>
          <w:sz w:val="19"/>
        </w:rPr>
        <w:t>[  Describe the participants/sample and selection process.  ]</w:t>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before="200" w:after="80"/>
        <w:ind w:firstLine="0"/>
      </w:pPr>
      <w:r>
        <w:rPr>
          <w:rFonts w:ascii="Times New Roman" w:hAnsi="Times New Roman" w:cs="Times New Roman"/>
          <w:b/>
          <w:i/>
          <w:caps w:val="0"/>
          <w:color w:val="1F3A5F"/>
          <w:sz w:val="24"/>
        </w:rPr>
        <w:t>3.3  Instruments and Data Collection</w:t>
      </w:r>
    </w:p>
    <w:p>
      <w:pPr>
        <w:spacing w:line="400" w:lineRule="exact" w:before="40" w:after="80"/>
        <w:ind w:left="283"/>
      </w:pPr>
      <w:r>
        <w:rPr>
          <w:rFonts w:ascii="Carlito" w:hAnsi="Carlito" w:cs="Carlito"/>
          <w:b w:val="0"/>
          <w:i/>
          <w:caps w:val="0"/>
          <w:color w:val="9AA1AA"/>
          <w:sz w:val="19"/>
        </w:rPr>
        <w:t>[  Describe tools used and how data were collected.  ]</w:t>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before="200" w:after="80"/>
        <w:ind w:firstLine="0"/>
      </w:pPr>
      <w:r>
        <w:rPr>
          <w:rFonts w:ascii="Times New Roman" w:hAnsi="Times New Roman" w:cs="Times New Roman"/>
          <w:b/>
          <w:i/>
          <w:caps w:val="0"/>
          <w:color w:val="1F3A5F"/>
          <w:sz w:val="24"/>
        </w:rPr>
        <w:t>3.4  Data Analysis</w:t>
      </w:r>
    </w:p>
    <w:p>
      <w:pPr>
        <w:spacing w:line="400" w:lineRule="exact" w:before="40" w:after="80"/>
        <w:ind w:left="283"/>
      </w:pPr>
      <w:r>
        <w:rPr>
          <w:rFonts w:ascii="Carlito" w:hAnsi="Carlito" w:cs="Carlito"/>
          <w:b w:val="0"/>
          <w:i/>
          <w:caps w:val="0"/>
          <w:color w:val="9AA1AA"/>
          <w:sz w:val="19"/>
        </w:rPr>
        <w:t>[  Explain how data were analysed and what software or methods were used.  ]</w:t>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before="200" w:after="80"/>
        <w:ind w:firstLine="0"/>
      </w:pPr>
      <w:r>
        <w:rPr>
          <w:rFonts w:ascii="Times New Roman" w:hAnsi="Times New Roman" w:cs="Times New Roman"/>
          <w:b/>
          <w:i/>
          <w:caps w:val="0"/>
          <w:color w:val="1F3A5F"/>
          <w:sz w:val="24"/>
        </w:rPr>
        <w:t>3.5  Ethical Considerations</w:t>
      </w:r>
    </w:p>
    <w:p>
      <w:pPr>
        <w:spacing w:line="400" w:lineRule="exact" w:before="40" w:after="80"/>
        <w:ind w:left="283"/>
      </w:pPr>
      <w:r>
        <w:rPr>
          <w:rFonts w:ascii="Carlito" w:hAnsi="Carlito" w:cs="Carlito"/>
          <w:b w:val="0"/>
          <w:i/>
          <w:caps w:val="0"/>
          <w:color w:val="9AA1AA"/>
          <w:sz w:val="19"/>
        </w:rPr>
        <w:t>[  State any ethics approvals obtained and how participant consent and privacy were protected.  ]</w:t>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before="0" w:after="120"/>
      </w:pPr>
    </w:p>
    <w:p>
      <w:pPr>
        <w:spacing w:before="320" w:after="120"/>
        <w:ind w:firstLine="0"/>
        <w:pBdr>
          <w:bottom w:val="single" w:sz="4" w:space="4" w:color="D8C9A0"/>
        </w:pBdr>
      </w:pPr>
      <w:r>
        <w:rPr>
          <w:rFonts w:ascii="Times New Roman" w:hAnsi="Times New Roman" w:cs="Times New Roman"/>
          <w:b/>
          <w:i w:val="0"/>
          <w:caps w:val="0"/>
          <w:color w:val="B7943F"/>
          <w:sz w:val="24"/>
        </w:rPr>
        <w:t xml:space="preserve">4.  </w:t>
      </w:r>
      <w:r>
        <w:rPr>
          <w:rFonts w:ascii="Times New Roman" w:hAnsi="Times New Roman" w:cs="Times New Roman"/>
          <w:b/>
          <w:i w:val="0"/>
          <w:caps w:val="0"/>
          <w:color w:val="1F3A5F"/>
          <w:sz w:val="24"/>
          <w:spacing w:val="8"/>
        </w:rPr>
        <w:t>RESULTS</w:t>
      </w:r>
    </w:p>
    <w:p>
      <w:pPr>
        <w:spacing w:line="400" w:lineRule="exact" w:before="40" w:after="80"/>
        <w:ind w:left="283"/>
      </w:pPr>
      <w:r>
        <w:rPr>
          <w:rFonts w:ascii="Carlito" w:hAnsi="Carlito" w:cs="Carlito"/>
          <w:b w:val="0"/>
          <w:i/>
          <w:caps w:val="0"/>
          <w:color w:val="9AA1AA"/>
          <w:sz w:val="19"/>
        </w:rPr>
        <w:t>[  Present your findings objectively and in sequence. Use tables and figures to support the text — do not duplicate information between text and tables. Refer to each figure and table by number in the text. Do not interpret results here; save interpretation for the Discussion section. Recommended length: 500–900 words.  ]</w:t>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before="0" w:after="160"/>
      </w:pPr>
    </w:p>
    <w:tbl>
      <w:tblPr>
        <w:tblW w:type="auto" w:w="0"/>
        <w:jc w:val="center"/>
        <w:tblLook w:firstColumn="1" w:firstRow="1" w:lastColumn="0" w:lastRow="0" w:noHBand="0" w:noVBand="1" w:val="04A0"/>
      </w:tblPr>
      <w:tblGrid>
        <w:gridCol w:w="9072"/>
      </w:tblGrid>
      <w:tr>
        <w:tc>
          <w:tcPr>
            <w:tcW w:type="dxa" w:w="6803"/>
            <w:shd w:val="clear" w:color="auto" w:fill="F0EBE0"/>
            <w:tcBorders>
              <w:top w:val="single" w:sz="4" w:space="0" w:color="D8C9A0"/>
              <w:bottom w:val="single" w:sz="4" w:space="0" w:color="D8C9A0"/>
              <w:left w:val="single" w:sz="4" w:space="0" w:color="D8C9A0"/>
              <w:right w:val="single" w:sz="4" w:space="0" w:color="D8C9A0"/>
            </w:tcBorders>
          </w:tcPr>
          <w:p>
            <w:pPr>
              <w:spacing w:before="280" w:after="280"/>
              <w:jc w:val="center"/>
            </w:pPr>
            <w:r>
              <w:rPr>
                <w:rFonts w:ascii="Carlito" w:hAnsi="Carlito" w:cs="Carlito"/>
                <w:b w:val="0"/>
                <w:i/>
                <w:caps w:val="0"/>
                <w:color w:val="9AA1AA"/>
                <w:sz w:val="18"/>
              </w:rPr>
              <w:t>[Insert Figure 1 here — minimum 300 dpi, with caption below]</w:t>
            </w:r>
          </w:p>
        </w:tc>
      </w:tr>
    </w:tbl>
    <w:p>
      <w:pPr>
        <w:spacing w:before="0" w:after="40"/>
      </w:pPr>
    </w:p>
    <w:p>
      <w:pPr>
        <w:spacing w:before="0" w:after="200"/>
        <w:jc w:val="center"/>
      </w:pPr>
      <w:r>
        <w:rPr>
          <w:rFonts w:ascii="Times New Roman" w:hAnsi="Times New Roman" w:cs="Times New Roman"/>
          <w:b/>
          <w:i w:val="0"/>
          <w:caps w:val="0"/>
          <w:color w:val="2A2E33"/>
          <w:sz w:val="22"/>
        </w:rPr>
        <w:t xml:space="preserve">Figure 1. </w:t>
      </w:r>
      <w:r>
        <w:rPr>
          <w:rFonts w:ascii="Times New Roman" w:hAnsi="Times New Roman" w:cs="Times New Roman"/>
          <w:b w:val="0"/>
          <w:i/>
          <w:caps w:val="0"/>
          <w:color w:val="9AA1AA"/>
          <w:sz w:val="22"/>
        </w:rPr>
        <w:t>[Descriptive caption for Figure 1. Explain what the figure shows.]</w:t>
      </w:r>
    </w:p>
    <w:p>
      <w:pPr>
        <w:spacing w:before="0" w:after="120"/>
      </w:pPr>
    </w:p>
    <w:p>
      <w:pPr>
        <w:spacing w:before="320" w:after="120"/>
        <w:ind w:firstLine="0"/>
        <w:pBdr>
          <w:bottom w:val="single" w:sz="4" w:space="4" w:color="D8C9A0"/>
        </w:pBdr>
      </w:pPr>
      <w:r>
        <w:rPr>
          <w:rFonts w:ascii="Times New Roman" w:hAnsi="Times New Roman" w:cs="Times New Roman"/>
          <w:b/>
          <w:i w:val="0"/>
          <w:caps w:val="0"/>
          <w:color w:val="B7943F"/>
          <w:sz w:val="24"/>
        </w:rPr>
        <w:t xml:space="preserve">5.  </w:t>
      </w:r>
      <w:r>
        <w:rPr>
          <w:rFonts w:ascii="Times New Roman" w:hAnsi="Times New Roman" w:cs="Times New Roman"/>
          <w:b/>
          <w:i w:val="0"/>
          <w:caps w:val="0"/>
          <w:color w:val="1F3A5F"/>
          <w:sz w:val="24"/>
          <w:spacing w:val="8"/>
        </w:rPr>
        <w:t>DISCUSSION</w:t>
      </w:r>
    </w:p>
    <w:p>
      <w:pPr>
        <w:spacing w:line="400" w:lineRule="exact" w:before="40" w:after="80"/>
        <w:ind w:left="283"/>
      </w:pPr>
      <w:r>
        <w:rPr>
          <w:rFonts w:ascii="Carlito" w:hAnsi="Carlito" w:cs="Carlito"/>
          <w:b w:val="0"/>
          <w:i/>
          <w:caps w:val="0"/>
          <w:color w:val="9AA1AA"/>
          <w:sz w:val="19"/>
        </w:rPr>
        <w:t>[  Interpret your findings in relation to your research objectives and the literature. Explain what the results mean and why they matter. Compare and contrast with prior studies. Discuss limitations honestly. Explore implications for practice, policy, or future research. Recommended length: 600–900 words.  ]</w:t>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before="0" w:after="120"/>
      </w:pPr>
    </w:p>
    <w:p>
      <w:pPr>
        <w:spacing w:before="320" w:after="120"/>
        <w:ind w:firstLine="0"/>
        <w:pBdr>
          <w:bottom w:val="single" w:sz="4" w:space="4" w:color="D8C9A0"/>
        </w:pBdr>
      </w:pPr>
      <w:r>
        <w:rPr>
          <w:rFonts w:ascii="Times New Roman" w:hAnsi="Times New Roman" w:cs="Times New Roman"/>
          <w:b/>
          <w:i w:val="0"/>
          <w:caps w:val="0"/>
          <w:color w:val="B7943F"/>
          <w:sz w:val="24"/>
        </w:rPr>
        <w:t xml:space="preserve">6.  </w:t>
      </w:r>
      <w:r>
        <w:rPr>
          <w:rFonts w:ascii="Times New Roman" w:hAnsi="Times New Roman" w:cs="Times New Roman"/>
          <w:b/>
          <w:i w:val="0"/>
          <w:caps w:val="0"/>
          <w:color w:val="1F3A5F"/>
          <w:sz w:val="24"/>
          <w:spacing w:val="8"/>
        </w:rPr>
        <w:t>CONCLUSION</w:t>
      </w:r>
    </w:p>
    <w:p>
      <w:pPr>
        <w:spacing w:line="400" w:lineRule="exact" w:before="40" w:after="80"/>
        <w:ind w:left="283"/>
      </w:pPr>
      <w:r>
        <w:rPr>
          <w:rFonts w:ascii="Carlito" w:hAnsi="Carlito" w:cs="Carlito"/>
          <w:b w:val="0"/>
          <w:i/>
          <w:caps w:val="0"/>
          <w:color w:val="9AA1AA"/>
          <w:sz w:val="19"/>
        </w:rPr>
        <w:t>[  Summarize the main findings and their significance. Answer the research question(s) directly. Provide specific recommendations for practice, policy, or future research. Do not introduce new information. Recommended length: 200–400 words.  ]</w:t>
      </w:r>
    </w:p>
    <w:p>
      <w:pPr>
        <w:spacing w:line="480" w:lineRule="exact" w:before="0" w:after="0"/>
        <w:ind w:firstLine="720"/>
        <w:jc w:val="both"/>
      </w:pPr>
      <w:r>
        <w:rPr>
          <w:rFonts w:ascii="Times New Roman" w:hAnsi="Times New Roman" w:cs="Times New Roman"/>
          <w:b w:val="0"/>
          <w:i w:val="0"/>
          <w:caps w:val="0"/>
          <w:color w:val="2A2E33"/>
          <w:sz w:val="24"/>
        </w:rPr>
      </w:r>
    </w:p>
    <w:p>
      <w:pPr>
        <w:spacing w:line="480" w:lineRule="exact" w:before="0" w:after="0"/>
        <w:ind w:firstLine="720"/>
        <w:jc w:val="both"/>
      </w:pPr>
      <w:r>
        <w:rPr>
          <w:rFonts w:ascii="Times New Roman" w:hAnsi="Times New Roman" w:cs="Times New Roman"/>
          <w:b w:val="0"/>
          <w:i w:val="0"/>
          <w:caps w:val="0"/>
          <w:color w:val="2A2E33"/>
          <w:sz w:val="24"/>
        </w:rPr>
      </w:r>
    </w:p>
    <w:p>
      <w:pPr>
        <w:spacing w:before="0" w:after="120"/>
      </w:pPr>
    </w:p>
    <w:p>
      <w:pPr>
        <w:spacing w:before="320" w:after="120"/>
        <w:ind w:firstLine="0"/>
        <w:pBdr>
          <w:bottom w:val="single" w:sz="4" w:space="4" w:color="D8C9A0"/>
        </w:pBdr>
      </w:pPr>
      <w:r>
        <w:rPr>
          <w:rFonts w:ascii="Times New Roman" w:hAnsi="Times New Roman" w:cs="Times New Roman"/>
          <w:b/>
          <w:i w:val="0"/>
          <w:caps w:val="0"/>
          <w:color w:val="1F3A5F"/>
          <w:sz w:val="24"/>
          <w:spacing w:val="8"/>
        </w:rPr>
        <w:t>DECLARATIONS</w:t>
      </w:r>
    </w:p>
    <w:p>
      <w:pPr>
        <w:spacing w:before="200" w:after="80"/>
        <w:ind w:firstLine="0"/>
      </w:pPr>
      <w:r>
        <w:rPr>
          <w:rFonts w:ascii="Times New Roman" w:hAnsi="Times New Roman" w:cs="Times New Roman"/>
          <w:b/>
          <w:i/>
          <w:caps w:val="0"/>
          <w:color w:val="1F3A5F"/>
          <w:sz w:val="24"/>
        </w:rPr>
        <w:t>Funding Statement</w:t>
      </w:r>
    </w:p>
    <w:p>
      <w:pPr>
        <w:spacing w:line="400" w:lineRule="exact" w:before="40" w:after="80"/>
        <w:ind w:left="283"/>
      </w:pPr>
      <w:r>
        <w:rPr>
          <w:rFonts w:ascii="Carlito" w:hAnsi="Carlito" w:cs="Carlito"/>
          <w:b w:val="0"/>
          <w:i/>
          <w:caps w:val="0"/>
          <w:color w:val="9AA1AA"/>
          <w:sz w:val="19"/>
        </w:rPr>
        <w:t>[  State whether this research received external funding. If yes, name the funding body and grant number. If no: "This research received no external funding."  ]</w:t>
      </w:r>
    </w:p>
    <w:p>
      <w:pPr>
        <w:spacing w:line="480" w:lineRule="exact" w:before="0" w:after="0"/>
        <w:jc w:val="both"/>
      </w:pPr>
      <w:r>
        <w:rPr>
          <w:rFonts w:ascii="Times New Roman" w:hAnsi="Times New Roman" w:cs="Times New Roman"/>
          <w:b w:val="0"/>
          <w:i w:val="0"/>
          <w:caps w:val="0"/>
          <w:color w:val="2A2E33"/>
          <w:sz w:val="24"/>
        </w:rPr>
      </w:r>
    </w:p>
    <w:p>
      <w:pPr>
        <w:spacing w:before="0" w:after="80"/>
      </w:pPr>
    </w:p>
    <w:p>
      <w:pPr>
        <w:spacing w:before="200" w:after="80"/>
        <w:ind w:firstLine="0"/>
      </w:pPr>
      <w:r>
        <w:rPr>
          <w:rFonts w:ascii="Times New Roman" w:hAnsi="Times New Roman" w:cs="Times New Roman"/>
          <w:b/>
          <w:i/>
          <w:caps w:val="0"/>
          <w:color w:val="1F3A5F"/>
          <w:sz w:val="24"/>
        </w:rPr>
        <w:t>Conflict of Interest</w:t>
      </w:r>
    </w:p>
    <w:p>
      <w:pPr>
        <w:spacing w:line="400" w:lineRule="exact" w:before="40" w:after="80"/>
        <w:ind w:left="283"/>
      </w:pPr>
      <w:r>
        <w:rPr>
          <w:rFonts w:ascii="Carlito" w:hAnsi="Carlito" w:cs="Carlito"/>
          <w:b w:val="0"/>
          <w:i/>
          <w:caps w:val="0"/>
          <w:color w:val="9AA1AA"/>
          <w:sz w:val="19"/>
        </w:rPr>
        <w:t>[  State whether any author has a financial or personal interest that could influence this work. If none: "The authors declare no conflict of interest."  ]</w:t>
      </w:r>
    </w:p>
    <w:p>
      <w:pPr>
        <w:spacing w:line="480" w:lineRule="exact" w:before="0" w:after="0"/>
        <w:jc w:val="both"/>
      </w:pPr>
      <w:r>
        <w:rPr>
          <w:rFonts w:ascii="Times New Roman" w:hAnsi="Times New Roman" w:cs="Times New Roman"/>
          <w:b w:val="0"/>
          <w:i w:val="0"/>
          <w:caps w:val="0"/>
          <w:color w:val="2A2E33"/>
          <w:sz w:val="24"/>
        </w:rPr>
      </w:r>
    </w:p>
    <w:p>
      <w:pPr>
        <w:spacing w:before="0" w:after="80"/>
      </w:pPr>
    </w:p>
    <w:p>
      <w:pPr>
        <w:spacing w:before="200" w:after="80"/>
        <w:ind w:firstLine="0"/>
      </w:pPr>
      <w:r>
        <w:rPr>
          <w:rFonts w:ascii="Times New Roman" w:hAnsi="Times New Roman" w:cs="Times New Roman"/>
          <w:b/>
          <w:i/>
          <w:caps w:val="0"/>
          <w:color w:val="1F3A5F"/>
          <w:sz w:val="24"/>
        </w:rPr>
        <w:t>Ethics Approval</w:t>
      </w:r>
    </w:p>
    <w:p>
      <w:pPr>
        <w:spacing w:line="400" w:lineRule="exact" w:before="40" w:after="80"/>
        <w:ind w:left="283"/>
      </w:pPr>
      <w:r>
        <w:rPr>
          <w:rFonts w:ascii="Carlito" w:hAnsi="Carlito" w:cs="Carlito"/>
          <w:b w:val="0"/>
          <w:i/>
          <w:caps w:val="0"/>
          <w:color w:val="9AA1AA"/>
          <w:sz w:val="19"/>
        </w:rPr>
        <w:t>[  If required, state the approving body, approval number, and date. If not required: "Ethics approval was not required for this study as it did not involve human participants" or state the applicable reason. If required: "This study was approved by [Ethics Board], Approval No. [XXX], [Date]."  ]</w:t>
      </w:r>
    </w:p>
    <w:p>
      <w:pPr>
        <w:spacing w:line="480" w:lineRule="exact" w:before="0" w:after="0"/>
        <w:jc w:val="both"/>
      </w:pPr>
      <w:r>
        <w:rPr>
          <w:rFonts w:ascii="Times New Roman" w:hAnsi="Times New Roman" w:cs="Times New Roman"/>
          <w:b w:val="0"/>
          <w:i w:val="0"/>
          <w:caps w:val="0"/>
          <w:color w:val="2A2E33"/>
          <w:sz w:val="24"/>
        </w:rPr>
      </w:r>
    </w:p>
    <w:p>
      <w:pPr>
        <w:spacing w:before="0" w:after="80"/>
      </w:pPr>
    </w:p>
    <w:p>
      <w:pPr>
        <w:spacing w:before="200" w:after="80"/>
        <w:ind w:firstLine="0"/>
      </w:pPr>
      <w:r>
        <w:rPr>
          <w:rFonts w:ascii="Times New Roman" w:hAnsi="Times New Roman" w:cs="Times New Roman"/>
          <w:b/>
          <w:i/>
          <w:caps w:val="0"/>
          <w:color w:val="1F3A5F"/>
          <w:sz w:val="24"/>
        </w:rPr>
        <w:t>Author Contributions</w:t>
      </w:r>
    </w:p>
    <w:p>
      <w:pPr>
        <w:spacing w:line="400" w:lineRule="exact" w:before="40" w:after="80"/>
        <w:ind w:left="283"/>
      </w:pPr>
      <w:r>
        <w:rPr>
          <w:rFonts w:ascii="Carlito" w:hAnsi="Carlito" w:cs="Carlito"/>
          <w:b w:val="0"/>
          <w:i/>
          <w:caps w:val="0"/>
          <w:color w:val="9AA1AA"/>
          <w:sz w:val="19"/>
        </w:rPr>
        <w:t>[  Use the CRediT taxonomy. For each author, list all contributing roles: Conceptualization, Data Curation, Formal Analysis, Funding Acquisition, Investigation, Methodology, Project Administration, Resources, Software, Supervision, Validation, Visualization, Writing – Original Draft, Writing – Review &amp; Editing. Example: "J. Santos: Conceptualization, Methodology, Writing – Original Draft. M. Cruz: Data Curation, Formal Analysis, Visualization."  ]</w:t>
      </w:r>
    </w:p>
    <w:p>
      <w:pPr>
        <w:spacing w:line="480" w:lineRule="exact" w:before="0" w:after="0"/>
        <w:jc w:val="both"/>
      </w:pPr>
      <w:r>
        <w:rPr>
          <w:rFonts w:ascii="Times New Roman" w:hAnsi="Times New Roman" w:cs="Times New Roman"/>
          <w:b w:val="0"/>
          <w:i w:val="0"/>
          <w:caps w:val="0"/>
          <w:color w:val="2A2E33"/>
          <w:sz w:val="24"/>
        </w:rPr>
      </w:r>
    </w:p>
    <w:p>
      <w:pPr>
        <w:spacing w:before="0" w:after="80"/>
      </w:pPr>
    </w:p>
    <w:p>
      <w:pPr>
        <w:spacing w:before="200" w:after="80"/>
        <w:ind w:firstLine="0"/>
      </w:pPr>
      <w:r>
        <w:rPr>
          <w:rFonts w:ascii="Times New Roman" w:hAnsi="Times New Roman" w:cs="Times New Roman"/>
          <w:b/>
          <w:i/>
          <w:caps w:val="0"/>
          <w:color w:val="1F3A5F"/>
          <w:sz w:val="24"/>
        </w:rPr>
        <w:t>Data Availability Statement</w:t>
      </w:r>
    </w:p>
    <w:p>
      <w:pPr>
        <w:spacing w:line="400" w:lineRule="exact" w:before="40" w:after="80"/>
        <w:ind w:left="283"/>
      </w:pPr>
      <w:r>
        <w:rPr>
          <w:rFonts w:ascii="Carlito" w:hAnsi="Carlito" w:cs="Carlito"/>
          <w:b w:val="0"/>
          <w:i/>
          <w:caps w:val="0"/>
          <w:color w:val="9AA1AA"/>
          <w:sz w:val="19"/>
        </w:rPr>
        <w:t>[  State where data supporting your findings can be accessed. Examples: "Data are included within the article." | "Datasets are available from the corresponding author upon reasonable request."  ]</w:t>
      </w:r>
    </w:p>
    <w:p>
      <w:pPr>
        <w:spacing w:line="480" w:lineRule="exact" w:before="0" w:after="0"/>
        <w:jc w:val="both"/>
      </w:pPr>
      <w:r>
        <w:rPr>
          <w:rFonts w:ascii="Times New Roman" w:hAnsi="Times New Roman" w:cs="Times New Roman"/>
          <w:b w:val="0"/>
          <w:i w:val="0"/>
          <w:caps w:val="0"/>
          <w:color w:val="2A2E33"/>
          <w:sz w:val="24"/>
        </w:rPr>
      </w:r>
    </w:p>
    <w:p>
      <w:pPr>
        <w:spacing w:before="0" w:after="80"/>
      </w:pPr>
    </w:p>
    <w:p>
      <w:pPr>
        <w:spacing w:before="200" w:after="80"/>
        <w:ind w:firstLine="0"/>
      </w:pPr>
      <w:r>
        <w:rPr>
          <w:rFonts w:ascii="Times New Roman" w:hAnsi="Times New Roman" w:cs="Times New Roman"/>
          <w:b/>
          <w:i/>
          <w:caps w:val="0"/>
          <w:color w:val="1F3A5F"/>
          <w:sz w:val="24"/>
        </w:rPr>
        <w:t>AI Disclosure Statement</w:t>
      </w:r>
    </w:p>
    <w:p>
      <w:pPr>
        <w:spacing w:line="400" w:lineRule="exact" w:before="40" w:after="80"/>
        <w:ind w:left="283"/>
      </w:pPr>
      <w:r>
        <w:rPr>
          <w:rFonts w:ascii="Carlito" w:hAnsi="Carlito" w:cs="Carlito"/>
          <w:b w:val="0"/>
          <w:i/>
          <w:caps w:val="0"/>
          <w:color w:val="9AA1AA"/>
          <w:sz w:val="19"/>
        </w:rPr>
        <w:t>[  If AI tools were used, name the tool and describe its use (e.g., language editing only). If none: "No AI tools were used in the preparation of this manuscript."  ]</w:t>
      </w:r>
    </w:p>
    <w:p>
      <w:pPr>
        <w:spacing w:line="480" w:lineRule="exact" w:before="0" w:after="0"/>
        <w:jc w:val="both"/>
      </w:pPr>
      <w:r>
        <w:rPr>
          <w:rFonts w:ascii="Times New Roman" w:hAnsi="Times New Roman" w:cs="Times New Roman"/>
          <w:b w:val="0"/>
          <w:i w:val="0"/>
          <w:caps w:val="0"/>
          <w:color w:val="2A2E33"/>
          <w:sz w:val="24"/>
        </w:rPr>
      </w:r>
    </w:p>
    <w:p>
      <w:pPr>
        <w:spacing w:before="0" w:after="80"/>
      </w:pPr>
    </w:p>
    <w:p>
      <w:pPr>
        <w:spacing w:before="200" w:after="80"/>
        <w:ind w:firstLine="0"/>
      </w:pPr>
      <w:r>
        <w:rPr>
          <w:rFonts w:ascii="Times New Roman" w:hAnsi="Times New Roman" w:cs="Times New Roman"/>
          <w:b/>
          <w:i/>
          <w:caps w:val="0"/>
          <w:color w:val="1F3A5F"/>
          <w:sz w:val="24"/>
        </w:rPr>
        <w:t>Acknowledgments</w:t>
      </w:r>
    </w:p>
    <w:p>
      <w:pPr>
        <w:spacing w:line="400" w:lineRule="exact" w:before="40" w:after="80"/>
        <w:ind w:left="283"/>
      </w:pPr>
      <w:r>
        <w:rPr>
          <w:rFonts w:ascii="Carlito" w:hAnsi="Carlito" w:cs="Carlito"/>
          <w:b w:val="0"/>
          <w:i/>
          <w:caps w:val="0"/>
          <w:color w:val="9AA1AA"/>
          <w:sz w:val="19"/>
        </w:rPr>
        <w:t>[  Acknowledge individuals who contributed to the research but do not qualify as authors. If none, this section may be omitted.  ]</w:t>
      </w:r>
    </w:p>
    <w:p>
      <w:pPr>
        <w:spacing w:line="480" w:lineRule="exact" w:before="0" w:after="0"/>
        <w:jc w:val="both"/>
      </w:pPr>
      <w:r>
        <w:rPr>
          <w:rFonts w:ascii="Times New Roman" w:hAnsi="Times New Roman" w:cs="Times New Roman"/>
          <w:b w:val="0"/>
          <w:i w:val="0"/>
          <w:caps w:val="0"/>
          <w:color w:val="2A2E33"/>
          <w:sz w:val="24"/>
        </w:rPr>
      </w:r>
    </w:p>
    <w:p>
      <w:pPr>
        <w:spacing w:before="0" w:after="80"/>
      </w:pPr>
    </w:p>
    <w:p>
      <w:pPr>
        <w:spacing w:before="320" w:after="120"/>
        <w:ind w:firstLine="0"/>
        <w:pBdr>
          <w:bottom w:val="single" w:sz="4" w:space="4" w:color="D8C9A0"/>
        </w:pBdr>
      </w:pPr>
      <w:r>
        <w:rPr>
          <w:rFonts w:ascii="Times New Roman" w:hAnsi="Times New Roman" w:cs="Times New Roman"/>
          <w:b/>
          <w:i w:val="0"/>
          <w:caps w:val="0"/>
          <w:color w:val="1F3A5F"/>
          <w:sz w:val="24"/>
          <w:spacing w:val="8"/>
        </w:rPr>
        <w:t>REFERENCES</w:t>
      </w:r>
    </w:p>
    <w:p>
      <w:pPr>
        <w:spacing w:line="400" w:lineRule="exact" w:before="40" w:after="80"/>
        <w:ind w:left="283"/>
      </w:pPr>
      <w:r>
        <w:rPr>
          <w:rFonts w:ascii="Carlito" w:hAnsi="Carlito" w:cs="Carlito"/>
          <w:b w:val="0"/>
          <w:i/>
          <w:caps w:val="0"/>
          <w:color w:val="9AA1AA"/>
          <w:sz w:val="19"/>
        </w:rPr>
        <w:t>[  List all cited works alphabetically by first author's surname. Follow APA 7th edition exactly. Include DOIs for all journal articles where available. References must be single-spaced with a 0.5 in hanging indent. Do not number the list.  ]</w:t>
      </w:r>
    </w:p>
    <w:p>
      <w:pPr>
        <w:spacing w:before="0" w:after="80" w:line="280" w:lineRule="exact"/>
        <w:ind w:left="720" w:hanging="720"/>
      </w:pPr>
      <w:r>
        <w:rPr>
          <w:rFonts w:ascii="Carlito" w:hAnsi="Carlito" w:cs="Carlito"/>
          <w:b w:val="0"/>
          <w:i/>
          <w:caps w:val="0"/>
          <w:color w:val="9AA1AA"/>
          <w:sz w:val="17"/>
        </w:rPr>
        <w:t>Journal article: Author, A. A., &amp; Author, B. B. (Year). Title of article. Journal Title, volume(issue), page–page. https://doi.org/xxxxx</w:t>
      </w:r>
    </w:p>
    <w:p>
      <w:pPr>
        <w:spacing w:before="0" w:after="80" w:line="280" w:lineRule="exact"/>
        <w:ind w:left="720" w:hanging="720"/>
      </w:pPr>
      <w:r>
        <w:rPr>
          <w:rFonts w:ascii="Carlito" w:hAnsi="Carlito" w:cs="Carlito"/>
          <w:b w:val="0"/>
          <w:i/>
          <w:caps w:val="0"/>
          <w:color w:val="9AA1AA"/>
          <w:sz w:val="17"/>
        </w:rPr>
        <w:t>Book: Author, A. A. (Year). Title of work: Capital letter also for subtitle. Publisher.</w:t>
      </w:r>
    </w:p>
    <w:p>
      <w:pPr>
        <w:spacing w:before="0" w:after="80" w:line="280" w:lineRule="exact"/>
        <w:ind w:left="720" w:hanging="720"/>
      </w:pPr>
      <w:r>
        <w:rPr>
          <w:rFonts w:ascii="Carlito" w:hAnsi="Carlito" w:cs="Carlito"/>
          <w:b w:val="0"/>
          <w:i/>
          <w:caps w:val="0"/>
          <w:color w:val="9AA1AA"/>
          <w:sz w:val="17"/>
        </w:rPr>
        <w:t>Book chapter: Author, A. A. (Year). Title of chapter. In E. E. Editor (Ed.), Title of work (pp. pages). Publisher.</w:t>
      </w:r>
    </w:p>
    <w:p>
      <w:pPr>
        <w:spacing w:before="0" w:after="80" w:line="280" w:lineRule="exact"/>
        <w:ind w:left="720" w:hanging="720"/>
      </w:pPr>
      <w:r>
        <w:rPr>
          <w:rFonts w:ascii="Carlito" w:hAnsi="Carlito" w:cs="Carlito"/>
          <w:b w:val="0"/>
          <w:i/>
          <w:caps w:val="0"/>
          <w:color w:val="9AA1AA"/>
          <w:sz w:val="17"/>
        </w:rPr>
        <w:t>Website: Author, A. A. (Year, Month Day). Title of page. Site Name. URL</w:t>
      </w:r>
    </w:p>
    <w:p>
      <w:pPr>
        <w:spacing w:before="0" w:after="160"/>
      </w:pPr>
    </w:p>
    <w:p>
      <w:pPr>
        <w:spacing w:before="0" w:after="160" w:line="280" w:lineRule="exact"/>
        <w:ind w:left="720" w:hanging="720"/>
      </w:pPr>
      <w:r>
        <w:rPr>
          <w:rFonts w:ascii="Times New Roman" w:hAnsi="Times New Roman" w:cs="Times New Roman"/>
          <w:b w:val="0"/>
          <w:i w:val="0"/>
          <w:caps w:val="0"/>
          <w:color w:val="9AA1AA"/>
          <w:sz w:val="24"/>
        </w:rPr>
        <w:t xml:space="preserve">Reference 1.  </w:t>
      </w:r>
    </w:p>
    <w:p>
      <w:pPr>
        <w:spacing w:before="0" w:after="160" w:line="280" w:lineRule="exact"/>
        <w:ind w:left="720" w:hanging="720"/>
      </w:pPr>
      <w:r>
        <w:rPr>
          <w:rFonts w:ascii="Times New Roman" w:hAnsi="Times New Roman" w:cs="Times New Roman"/>
          <w:b w:val="0"/>
          <w:i w:val="0"/>
          <w:caps w:val="0"/>
          <w:color w:val="9AA1AA"/>
          <w:sz w:val="24"/>
        </w:rPr>
        <w:t xml:space="preserve">Reference 2.  </w:t>
      </w:r>
    </w:p>
    <w:p>
      <w:pPr>
        <w:spacing w:before="0" w:after="160" w:line="280" w:lineRule="exact"/>
        <w:ind w:left="720" w:hanging="720"/>
      </w:pPr>
      <w:r>
        <w:rPr>
          <w:rFonts w:ascii="Times New Roman" w:hAnsi="Times New Roman" w:cs="Times New Roman"/>
          <w:b w:val="0"/>
          <w:i w:val="0"/>
          <w:caps w:val="0"/>
          <w:color w:val="9AA1AA"/>
          <w:sz w:val="24"/>
        </w:rPr>
        <w:t xml:space="preserve">Reference 3.  </w:t>
      </w:r>
    </w:p>
    <w:p>
      <w:pPr>
        <w:spacing w:before="0" w:after="120"/>
      </w:pPr>
    </w:p>
    <w:p>
      <w:pPr>
        <w:spacing w:before="320" w:after="120"/>
        <w:ind w:firstLine="0"/>
        <w:pBdr>
          <w:bottom w:val="single" w:sz="4" w:space="4" w:color="D8C9A0"/>
        </w:pBdr>
      </w:pPr>
      <w:r>
        <w:rPr>
          <w:rFonts w:ascii="Times New Roman" w:hAnsi="Times New Roman" w:cs="Times New Roman"/>
          <w:b/>
          <w:i w:val="0"/>
          <w:caps w:val="0"/>
          <w:color w:val="1F3A5F"/>
          <w:sz w:val="24"/>
          <w:spacing w:val="8"/>
        </w:rPr>
        <w:t>APPENDICES (IF APPLICABLE)</w:t>
      </w:r>
    </w:p>
    <w:p>
      <w:pPr>
        <w:spacing w:line="400" w:lineRule="exact" w:before="40" w:after="80"/>
        <w:ind w:left="283"/>
      </w:pPr>
      <w:r>
        <w:rPr>
          <w:rFonts w:ascii="Carlito" w:hAnsi="Carlito" w:cs="Carlito"/>
          <w:b w:val="0"/>
          <w:i/>
          <w:caps w:val="0"/>
          <w:color w:val="9AA1AA"/>
          <w:sz w:val="19"/>
        </w:rPr>
        <w:t>[  Include supplementary material that is too detailed for the main text: survey instruments, extended data tables, consent forms, etc. Label each appendix (Appendix A, Appendix B) and refer to each one in the main text. If no appendices are needed, delete this section.  ]</w:t>
      </w:r>
    </w:p>
    <w:p>
      <w:pPr>
        <w:spacing w:before="240" w:after="120"/>
        <w:pBdr>
          <w:bottom w:val="single" w:sz="6" w:space="2" w:color="D8C9A0"/>
        </w:pBdr>
      </w:pPr>
    </w:p>
    <w:tbl>
      <w:tblPr>
        <w:tblW w:type="auto" w:w="0"/>
        <w:jc w:val="center"/>
        <w:tblLook w:firstColumn="1" w:firstRow="1" w:lastColumn="0" w:lastRow="0" w:noHBand="0" w:noVBand="1" w:val="04A0"/>
      </w:tblPr>
      <w:tblGrid>
        <w:gridCol w:w="9072"/>
      </w:tblGrid>
      <w:tr>
        <w:tc>
          <w:tcPr>
            <w:tcW w:type="dxa" w:w="9638"/>
            <w:shd w:val="clear" w:color="auto" w:fill="FBF7EE"/>
            <w:tcBorders>
              <w:left w:val="single" w:sz="18" w:space="0" w:color="B7943F"/>
            </w:tcBorders>
            <w:tcBorders>
              <w:top w:val="single" w:sz="4" w:space="0" w:color="EFE6CF"/>
              <w:bottom w:val="single" w:sz="4" w:space="0" w:color="EFE6CF"/>
              <w:right w:val="single" w:sz="4" w:space="0" w:color="EFE6CF"/>
            </w:tcBorders>
          </w:tcPr>
          <w:p>
            <w:pPr>
              <w:spacing w:before="80" w:after="40"/>
            </w:pPr>
            <w:r>
              <w:rPr>
                <w:rFonts w:ascii="Carlito" w:hAnsi="Carlito" w:cs="Carlito"/>
                <w:b/>
                <w:i w:val="0"/>
                <w:caps w:val="0"/>
                <w:color w:val="B7943F"/>
                <w:sz w:val="15"/>
                <w:spacing w:val="32"/>
              </w:rPr>
              <w:t>IMPORTANT</w:t>
            </w:r>
            <w:r>
              <w:rPr>
                <w:rFonts w:ascii="Carlito" w:hAnsi="Carlito" w:cs="Carlito"/>
                <w:b/>
                <w:i w:val="0"/>
                <w:caps w:val="0"/>
                <w:color w:val="1F3A5F"/>
                <w:sz w:val="19"/>
              </w:rPr>
              <w:t xml:space="preserve">   Before you submit — formatting checklist</w:t>
            </w:r>
          </w:p>
          <w:p>
            <w:pPr>
              <w:spacing w:before="0" w:after="80" w:line="300" w:lineRule="auto"/>
            </w:pPr>
            <w:r>
              <w:rPr>
                <w:rFonts w:ascii="Carlito" w:hAnsi="Carlito" w:cs="Carlito"/>
                <w:b w:val="0"/>
                <w:i w:val="0"/>
                <w:caps w:val="0"/>
                <w:color w:val="2A2E33"/>
                <w:sz w:val="19"/>
              </w:rPr>
              <w:t>Font: Times New Roman 12pt   ·   Spacing: Double   ·   Margins: 2.54 cm all sides   ·   Alignment: Justified   ·   First-line indent: 0.5 in   ·   Page numbers: Bottom center   ·   References: APA 7th edition with DOIs   ·   Remove all grey instructional text before submission.</w:t>
            </w:r>
          </w:p>
        </w:tc>
      </w:tr>
    </w:tbl>
    <w:p/>
    <w:p>
      <w:pPr>
        <w:spacing w:before="0" w:after="40"/>
      </w:pPr>
    </w:p>
    <w:sectPr w:rsidR="00FC693F" w:rsidRPr="0006063C" w:rsidSect="00034616">
      <w:footerReference w:type="default" r:id="rId10"/>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Bdr>
        <w:top w:val="single" w:sz="6" w:space="6" w:color="D8C9A0"/>
      </w:pBdr>
    </w:pPr>
    <w:r>
      <w:rPr>
        <w:rFonts w:ascii="Carlito" w:hAnsi="Carlito" w:cs="Carlito"/>
        <w:b w:val="0"/>
        <w:i w:val="0"/>
        <w:caps w:val="0"/>
        <w:color w:val="6A727E"/>
        <w:sz w:val="15"/>
        <w:spacing w:val="8"/>
      </w:rPr>
      <w:t xml:space="preserve">Layag Ilaya Research Journal   ·   Manuscript Template   ·   Version 1.0   ·   Page </w:t>
    </w:r>
    <w:r>
      <w:fldChar w:fldCharType="begin"/>
      <w:instrText xml:space="preserve">PAGE</w:instrText>
      <w:fldChar w:fldCharType="end"/>
    </w:r>
    <w:r>
      <w:rPr>
        <w:rFonts w:ascii="Carlito" w:hAnsi="Carlito" w:cs="Carlito"/>
        <w:b w:val="0"/>
        <w:i w:val="0"/>
        <w:caps w:val="0"/>
        <w:color w:val="6A727E"/>
        <w:sz w:val="15"/>
      </w:rPr>
      <w:t xml:space="preserve"> of </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exact" w:before="0" w:after="0"/>
    </w:pPr>
    <w:rPr>
      <w:rFonts w:ascii="Times New Roman" w:hAnsi="Times New Roman"/>
      <w:color w:val="2A2E33"/>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